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8BD45" w14:textId="77777777" w:rsidR="00A2330A" w:rsidRPr="001001D4" w:rsidRDefault="00757AF0">
      <w:pPr>
        <w:spacing w:after="0" w:line="240" w:lineRule="auto"/>
        <w:jc w:val="center"/>
        <w:rPr>
          <w:rFonts w:asciiTheme="minorEastAsia" w:eastAsiaTheme="minorEastAsia" w:hAnsiTheme="minorEastAsia"/>
          <w:lang w:eastAsia="ja-JP"/>
        </w:rPr>
      </w:pPr>
      <w:r w:rsidRPr="001001D4">
        <w:rPr>
          <w:rFonts w:asciiTheme="minorEastAsia" w:eastAsiaTheme="minorEastAsia" w:hAnsiTheme="minorEastAsia"/>
          <w:b/>
          <w:sz w:val="32"/>
          <w:lang w:eastAsia="ja-JP"/>
        </w:rPr>
        <w:t>生活支援活動　説明書及び利用同意書</w:t>
      </w:r>
    </w:p>
    <w:p w14:paraId="4231FB1A" w14:textId="77777777" w:rsidR="00A2330A" w:rsidRPr="001001D4" w:rsidRDefault="00757AF0">
      <w:pPr>
        <w:spacing w:after="0" w:line="240" w:lineRule="auto"/>
        <w:jc w:val="center"/>
        <w:rPr>
          <w:rFonts w:ascii="ＭＳ 明朝" w:eastAsia="ＭＳ 明朝" w:hAnsi="ＭＳ 明朝"/>
          <w:b/>
          <w:sz w:val="26"/>
          <w:szCs w:val="26"/>
          <w:lang w:eastAsia="ja-JP"/>
        </w:rPr>
      </w:pPr>
      <w:proofErr w:type="spellStart"/>
      <w:r w:rsidRPr="001001D4">
        <w:rPr>
          <w:rFonts w:ascii="ＭＳ 明朝" w:eastAsia="ＭＳ 明朝" w:hAnsi="ＭＳ 明朝"/>
          <w:b/>
          <w:sz w:val="26"/>
          <w:szCs w:val="26"/>
        </w:rPr>
        <w:t>社会福祉法人</w:t>
      </w:r>
      <w:proofErr w:type="spellEnd"/>
      <w:r w:rsidRPr="001001D4">
        <w:rPr>
          <w:rFonts w:ascii="ＭＳ 明朝" w:eastAsia="ＭＳ 明朝" w:hAnsi="ＭＳ 明朝"/>
          <w:b/>
          <w:sz w:val="26"/>
          <w:szCs w:val="26"/>
        </w:rPr>
        <w:t xml:space="preserve">　</w:t>
      </w:r>
      <w:proofErr w:type="spellStart"/>
      <w:r w:rsidRPr="001001D4">
        <w:rPr>
          <w:rFonts w:ascii="ＭＳ 明朝" w:eastAsia="ＭＳ 明朝" w:hAnsi="ＭＳ 明朝"/>
          <w:b/>
          <w:sz w:val="26"/>
          <w:szCs w:val="26"/>
        </w:rPr>
        <w:t>養老町社会福祉協議会</w:t>
      </w:r>
      <w:proofErr w:type="spellEnd"/>
    </w:p>
    <w:p w14:paraId="08435A00" w14:textId="77777777" w:rsidR="001001D4" w:rsidRPr="001001D4" w:rsidRDefault="001001D4">
      <w:pPr>
        <w:spacing w:after="0" w:line="240" w:lineRule="auto"/>
        <w:jc w:val="center"/>
        <w:rPr>
          <w:rFonts w:ascii="ＭＳ 明朝" w:eastAsia="ＭＳ 明朝" w:hAnsi="ＭＳ 明朝"/>
          <w:sz w:val="26"/>
          <w:szCs w:val="26"/>
          <w:lang w:eastAsia="ja-JP"/>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4"/>
        <w:gridCol w:w="3263"/>
        <w:gridCol w:w="1426"/>
        <w:gridCol w:w="2525"/>
      </w:tblGrid>
      <w:tr w:rsidR="00A2330A" w:rsidRPr="001001D4" w14:paraId="0AF0672B" w14:textId="77777777" w:rsidTr="001001D4">
        <w:trPr>
          <w:trHeight w:val="510"/>
          <w:jc w:val="center"/>
        </w:trPr>
        <w:tc>
          <w:tcPr>
            <w:tcW w:w="2164" w:type="dxa"/>
            <w:shd w:val="clear" w:color="auto" w:fill="EDEDED"/>
            <w:vAlign w:val="center"/>
          </w:tcPr>
          <w:p w14:paraId="127ADD34" w14:textId="77777777" w:rsidR="00A2330A" w:rsidRPr="001001D4" w:rsidRDefault="00757AF0">
            <w:pPr>
              <w:spacing w:after="0" w:line="240" w:lineRule="auto"/>
              <w:rPr>
                <w:rFonts w:ascii="ＭＳ 明朝" w:eastAsia="ＭＳ 明朝" w:hAnsi="ＭＳ 明朝"/>
                <w:sz w:val="26"/>
                <w:szCs w:val="26"/>
              </w:rPr>
            </w:pPr>
            <w:proofErr w:type="spellStart"/>
            <w:r w:rsidRPr="001001D4">
              <w:rPr>
                <w:rFonts w:ascii="ＭＳ 明朝" w:eastAsia="ＭＳ 明朝" w:hAnsi="ＭＳ 明朝"/>
                <w:b/>
                <w:sz w:val="26"/>
                <w:szCs w:val="26"/>
              </w:rPr>
              <w:t>説明日</w:t>
            </w:r>
            <w:proofErr w:type="spellEnd"/>
          </w:p>
        </w:tc>
        <w:tc>
          <w:tcPr>
            <w:tcW w:w="3263" w:type="dxa"/>
            <w:vAlign w:val="center"/>
          </w:tcPr>
          <w:p w14:paraId="0E84D5AE" w14:textId="77777777" w:rsidR="00A2330A" w:rsidRPr="001001D4" w:rsidRDefault="00757AF0">
            <w:pPr>
              <w:spacing w:after="0" w:line="240" w:lineRule="auto"/>
              <w:rPr>
                <w:rFonts w:ascii="ＭＳ 明朝" w:eastAsia="ＭＳ 明朝" w:hAnsi="ＭＳ 明朝"/>
                <w:sz w:val="26"/>
                <w:szCs w:val="26"/>
              </w:rPr>
            </w:pPr>
            <w:r w:rsidRPr="001001D4">
              <w:rPr>
                <w:rFonts w:ascii="ＭＳ 明朝" w:eastAsia="ＭＳ 明朝" w:hAnsi="ＭＳ 明朝"/>
                <w:sz w:val="26"/>
                <w:szCs w:val="26"/>
              </w:rPr>
              <w:t>令和　　年　　月　　日</w:t>
            </w:r>
          </w:p>
        </w:tc>
        <w:tc>
          <w:tcPr>
            <w:tcW w:w="1426" w:type="dxa"/>
            <w:shd w:val="clear" w:color="auto" w:fill="EDEDED"/>
            <w:vAlign w:val="center"/>
          </w:tcPr>
          <w:p w14:paraId="19063A1F" w14:textId="77777777" w:rsidR="00A2330A" w:rsidRPr="001001D4" w:rsidRDefault="00757AF0">
            <w:pPr>
              <w:spacing w:after="0" w:line="240" w:lineRule="auto"/>
              <w:rPr>
                <w:rFonts w:ascii="ＭＳ 明朝" w:eastAsia="ＭＳ 明朝" w:hAnsi="ＭＳ 明朝"/>
                <w:sz w:val="26"/>
                <w:szCs w:val="26"/>
              </w:rPr>
            </w:pPr>
            <w:r w:rsidRPr="001001D4">
              <w:rPr>
                <w:rFonts w:ascii="ＭＳ 明朝" w:eastAsia="ＭＳ 明朝" w:hAnsi="ＭＳ 明朝"/>
                <w:b/>
                <w:sz w:val="26"/>
                <w:szCs w:val="26"/>
              </w:rPr>
              <w:t>説明者</w:t>
            </w:r>
          </w:p>
        </w:tc>
        <w:tc>
          <w:tcPr>
            <w:tcW w:w="2525" w:type="dxa"/>
            <w:vAlign w:val="center"/>
          </w:tcPr>
          <w:p w14:paraId="1EF07CCC" w14:textId="77777777" w:rsidR="00A2330A" w:rsidRPr="001001D4" w:rsidRDefault="00A2330A">
            <w:pPr>
              <w:spacing w:after="0" w:line="240" w:lineRule="auto"/>
              <w:rPr>
                <w:rFonts w:ascii="ＭＳ 明朝" w:eastAsia="ＭＳ 明朝" w:hAnsi="ＭＳ 明朝"/>
                <w:sz w:val="26"/>
                <w:szCs w:val="26"/>
              </w:rPr>
            </w:pPr>
          </w:p>
        </w:tc>
      </w:tr>
    </w:tbl>
    <w:p w14:paraId="306AAAEC" w14:textId="77777777" w:rsidR="001001D4" w:rsidRPr="001001D4" w:rsidRDefault="001001D4">
      <w:pPr>
        <w:spacing w:after="0" w:line="245" w:lineRule="auto"/>
        <w:rPr>
          <w:rFonts w:ascii="ＭＳ 明朝" w:eastAsia="ＭＳ 明朝" w:hAnsi="ＭＳ 明朝"/>
          <w:sz w:val="26"/>
          <w:szCs w:val="26"/>
          <w:lang w:eastAsia="ja-JP"/>
        </w:rPr>
      </w:pPr>
    </w:p>
    <w:p w14:paraId="43B293EB" w14:textId="1AE0780F" w:rsidR="00A2330A" w:rsidRPr="001001D4" w:rsidRDefault="00757AF0">
      <w:pPr>
        <w:spacing w:after="0" w:line="245" w:lineRule="auto"/>
        <w:rPr>
          <w:rFonts w:ascii="ＭＳ 明朝" w:eastAsia="ＭＳ 明朝" w:hAnsi="ＭＳ 明朝"/>
          <w:sz w:val="26"/>
          <w:szCs w:val="26"/>
          <w:lang w:eastAsia="ja-JP"/>
        </w:rPr>
      </w:pPr>
      <w:r w:rsidRPr="001001D4">
        <w:rPr>
          <w:rFonts w:ascii="ＭＳ 明朝" w:eastAsia="ＭＳ 明朝" w:hAnsi="ＭＳ 明朝"/>
          <w:sz w:val="26"/>
          <w:szCs w:val="26"/>
          <w:lang w:eastAsia="ja-JP"/>
        </w:rPr>
        <w:t>サービスのご利用にあたり、下記の内容をご確認いただき、同意のうえご利用ください。社会福祉法人養老町社会福祉協議会が調整し、地域住民による生活支援ボランティア活動として、日常生活上のちょっとした困りごとを支援するものです。</w:t>
      </w:r>
    </w:p>
    <w:p w14:paraId="34E17A29" w14:textId="77777777" w:rsidR="00A2330A" w:rsidRPr="001001D4" w:rsidRDefault="00757AF0">
      <w:pPr>
        <w:spacing w:before="60" w:after="0" w:line="240" w:lineRule="auto"/>
        <w:rPr>
          <w:rFonts w:ascii="ＭＳ 明朝" w:eastAsia="ＭＳ 明朝" w:hAnsi="ＭＳ 明朝"/>
          <w:sz w:val="26"/>
          <w:szCs w:val="26"/>
        </w:rPr>
      </w:pPr>
      <w:r w:rsidRPr="001001D4">
        <w:rPr>
          <w:rFonts w:ascii="ＭＳ 明朝" w:eastAsia="ＭＳ 明朝" w:hAnsi="ＭＳ 明朝"/>
          <w:b/>
          <w:sz w:val="26"/>
          <w:szCs w:val="26"/>
        </w:rPr>
        <w:t>（１）事務局</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5"/>
        <w:gridCol w:w="7125"/>
      </w:tblGrid>
      <w:tr w:rsidR="00A2330A" w:rsidRPr="001001D4" w14:paraId="76C0E9EC" w14:textId="77777777" w:rsidTr="001001D4">
        <w:trPr>
          <w:trHeight w:val="361"/>
          <w:jc w:val="center"/>
        </w:trPr>
        <w:tc>
          <w:tcPr>
            <w:tcW w:w="2375" w:type="dxa"/>
            <w:shd w:val="clear" w:color="auto" w:fill="EDEDED"/>
            <w:vAlign w:val="center"/>
          </w:tcPr>
          <w:p w14:paraId="49183DED" w14:textId="77777777" w:rsidR="00A2330A" w:rsidRPr="001001D4" w:rsidRDefault="00757AF0">
            <w:pPr>
              <w:spacing w:after="0" w:line="240" w:lineRule="auto"/>
              <w:rPr>
                <w:rFonts w:ascii="ＭＳ 明朝" w:eastAsia="ＭＳ 明朝" w:hAnsi="ＭＳ 明朝"/>
                <w:sz w:val="26"/>
                <w:szCs w:val="26"/>
              </w:rPr>
            </w:pPr>
            <w:r w:rsidRPr="001001D4">
              <w:rPr>
                <w:rFonts w:ascii="ＭＳ 明朝" w:eastAsia="ＭＳ 明朝" w:hAnsi="ＭＳ 明朝"/>
                <w:b/>
                <w:sz w:val="26"/>
                <w:szCs w:val="26"/>
              </w:rPr>
              <w:t>実施機関</w:t>
            </w:r>
          </w:p>
        </w:tc>
        <w:tc>
          <w:tcPr>
            <w:tcW w:w="7125" w:type="dxa"/>
            <w:vAlign w:val="center"/>
          </w:tcPr>
          <w:p w14:paraId="420C8E6E" w14:textId="77777777" w:rsidR="00A2330A" w:rsidRPr="001001D4" w:rsidRDefault="00757AF0">
            <w:pPr>
              <w:spacing w:after="0" w:line="240" w:lineRule="auto"/>
              <w:rPr>
                <w:rFonts w:ascii="ＭＳ 明朝" w:eastAsia="ＭＳ 明朝" w:hAnsi="ＭＳ 明朝"/>
                <w:sz w:val="26"/>
                <w:szCs w:val="26"/>
              </w:rPr>
            </w:pPr>
            <w:r w:rsidRPr="001001D4">
              <w:rPr>
                <w:rFonts w:ascii="ＭＳ 明朝" w:eastAsia="ＭＳ 明朝" w:hAnsi="ＭＳ 明朝"/>
                <w:sz w:val="26"/>
                <w:szCs w:val="26"/>
              </w:rPr>
              <w:t>養老町社会福祉協議会</w:t>
            </w:r>
          </w:p>
        </w:tc>
      </w:tr>
      <w:tr w:rsidR="00A2330A" w:rsidRPr="001001D4" w14:paraId="03B00969" w14:textId="77777777" w:rsidTr="001001D4">
        <w:trPr>
          <w:trHeight w:val="395"/>
          <w:jc w:val="center"/>
        </w:trPr>
        <w:tc>
          <w:tcPr>
            <w:tcW w:w="2375" w:type="dxa"/>
            <w:shd w:val="clear" w:color="auto" w:fill="EDEDED"/>
            <w:vAlign w:val="center"/>
          </w:tcPr>
          <w:p w14:paraId="61DB0C60" w14:textId="77777777" w:rsidR="00A2330A" w:rsidRPr="001001D4" w:rsidRDefault="00757AF0">
            <w:pPr>
              <w:spacing w:after="0" w:line="240" w:lineRule="auto"/>
              <w:rPr>
                <w:rFonts w:ascii="ＭＳ 明朝" w:eastAsia="ＭＳ 明朝" w:hAnsi="ＭＳ 明朝"/>
                <w:sz w:val="26"/>
                <w:szCs w:val="26"/>
              </w:rPr>
            </w:pPr>
            <w:r w:rsidRPr="001001D4">
              <w:rPr>
                <w:rFonts w:ascii="ＭＳ 明朝" w:eastAsia="ＭＳ 明朝" w:hAnsi="ＭＳ 明朝"/>
                <w:b/>
                <w:sz w:val="26"/>
                <w:szCs w:val="26"/>
              </w:rPr>
              <w:t>住所</w:t>
            </w:r>
          </w:p>
        </w:tc>
        <w:tc>
          <w:tcPr>
            <w:tcW w:w="7125" w:type="dxa"/>
            <w:vAlign w:val="center"/>
          </w:tcPr>
          <w:p w14:paraId="2B76B2A4" w14:textId="77777777" w:rsidR="00A2330A" w:rsidRPr="001001D4" w:rsidRDefault="00757AF0">
            <w:pPr>
              <w:spacing w:after="0" w:line="240" w:lineRule="auto"/>
              <w:rPr>
                <w:rFonts w:ascii="ＭＳ 明朝" w:eastAsia="ＭＳ 明朝" w:hAnsi="ＭＳ 明朝"/>
                <w:sz w:val="26"/>
                <w:szCs w:val="26"/>
              </w:rPr>
            </w:pPr>
            <w:r w:rsidRPr="001001D4">
              <w:rPr>
                <w:rFonts w:ascii="ＭＳ 明朝" w:eastAsia="ＭＳ 明朝" w:hAnsi="ＭＳ 明朝"/>
                <w:sz w:val="26"/>
                <w:szCs w:val="26"/>
              </w:rPr>
              <w:t>〒503-1314　養老町高田79-2</w:t>
            </w:r>
          </w:p>
        </w:tc>
      </w:tr>
      <w:tr w:rsidR="00A2330A" w:rsidRPr="001001D4" w14:paraId="635BB2C5" w14:textId="77777777" w:rsidTr="001001D4">
        <w:trPr>
          <w:trHeight w:val="361"/>
          <w:jc w:val="center"/>
        </w:trPr>
        <w:tc>
          <w:tcPr>
            <w:tcW w:w="2375" w:type="dxa"/>
            <w:shd w:val="clear" w:color="auto" w:fill="EDEDED"/>
            <w:vAlign w:val="center"/>
          </w:tcPr>
          <w:p w14:paraId="1365ADBB" w14:textId="77777777" w:rsidR="00A2330A" w:rsidRPr="001001D4" w:rsidRDefault="00757AF0">
            <w:pPr>
              <w:spacing w:after="0" w:line="240" w:lineRule="auto"/>
              <w:rPr>
                <w:rFonts w:ascii="ＭＳ 明朝" w:eastAsia="ＭＳ 明朝" w:hAnsi="ＭＳ 明朝"/>
                <w:sz w:val="26"/>
                <w:szCs w:val="26"/>
              </w:rPr>
            </w:pPr>
            <w:r w:rsidRPr="001001D4">
              <w:rPr>
                <w:rFonts w:ascii="ＭＳ 明朝" w:eastAsia="ＭＳ 明朝" w:hAnsi="ＭＳ 明朝"/>
                <w:b/>
                <w:sz w:val="26"/>
                <w:szCs w:val="26"/>
              </w:rPr>
              <w:t>電話・FAX番号</w:t>
            </w:r>
          </w:p>
        </w:tc>
        <w:tc>
          <w:tcPr>
            <w:tcW w:w="7125" w:type="dxa"/>
            <w:vAlign w:val="center"/>
          </w:tcPr>
          <w:p w14:paraId="3EC69555" w14:textId="77777777" w:rsidR="00A2330A" w:rsidRPr="001001D4" w:rsidRDefault="00757AF0">
            <w:pPr>
              <w:spacing w:after="0" w:line="240" w:lineRule="auto"/>
              <w:rPr>
                <w:rFonts w:ascii="ＭＳ 明朝" w:eastAsia="ＭＳ 明朝" w:hAnsi="ＭＳ 明朝"/>
                <w:sz w:val="26"/>
                <w:szCs w:val="26"/>
              </w:rPr>
            </w:pPr>
            <w:r w:rsidRPr="001001D4">
              <w:rPr>
                <w:rFonts w:ascii="ＭＳ 明朝" w:eastAsia="ＭＳ 明朝" w:hAnsi="ＭＳ 明朝"/>
                <w:sz w:val="26"/>
                <w:szCs w:val="26"/>
              </w:rPr>
              <w:t>TEL：0584-34-3504　　FAX：0584-34-0066</w:t>
            </w:r>
          </w:p>
        </w:tc>
      </w:tr>
      <w:tr w:rsidR="00A2330A" w:rsidRPr="001001D4" w14:paraId="217AE4D0" w14:textId="77777777" w:rsidTr="001001D4">
        <w:trPr>
          <w:trHeight w:val="395"/>
          <w:jc w:val="center"/>
        </w:trPr>
        <w:tc>
          <w:tcPr>
            <w:tcW w:w="2375" w:type="dxa"/>
            <w:shd w:val="clear" w:color="auto" w:fill="EDEDED"/>
            <w:vAlign w:val="center"/>
          </w:tcPr>
          <w:p w14:paraId="4FE6280D" w14:textId="77777777" w:rsidR="00A2330A" w:rsidRPr="001001D4" w:rsidRDefault="00757AF0">
            <w:pPr>
              <w:spacing w:after="0" w:line="240" w:lineRule="auto"/>
              <w:rPr>
                <w:rFonts w:ascii="ＭＳ 明朝" w:eastAsia="ＭＳ 明朝" w:hAnsi="ＭＳ 明朝"/>
                <w:sz w:val="26"/>
                <w:szCs w:val="26"/>
              </w:rPr>
            </w:pPr>
            <w:r w:rsidRPr="001001D4">
              <w:rPr>
                <w:rFonts w:ascii="ＭＳ 明朝" w:eastAsia="ＭＳ 明朝" w:hAnsi="ＭＳ 明朝"/>
                <w:b/>
                <w:sz w:val="26"/>
                <w:szCs w:val="26"/>
              </w:rPr>
              <w:t>調整担当</w:t>
            </w:r>
          </w:p>
        </w:tc>
        <w:tc>
          <w:tcPr>
            <w:tcW w:w="7125" w:type="dxa"/>
            <w:vAlign w:val="center"/>
          </w:tcPr>
          <w:p w14:paraId="4B9B578F" w14:textId="77777777" w:rsidR="00A2330A" w:rsidRPr="001001D4" w:rsidRDefault="00757AF0">
            <w:pPr>
              <w:spacing w:after="0" w:line="240" w:lineRule="auto"/>
              <w:rPr>
                <w:rFonts w:ascii="ＭＳ 明朝" w:eastAsia="ＭＳ 明朝" w:hAnsi="ＭＳ 明朝"/>
                <w:sz w:val="26"/>
                <w:szCs w:val="26"/>
                <w:lang w:eastAsia="ja-JP"/>
              </w:rPr>
            </w:pPr>
            <w:r w:rsidRPr="001001D4">
              <w:rPr>
                <w:rFonts w:ascii="ＭＳ 明朝" w:eastAsia="ＭＳ 明朝" w:hAnsi="ＭＳ 明朝"/>
                <w:sz w:val="26"/>
                <w:szCs w:val="26"/>
                <w:lang w:eastAsia="ja-JP"/>
              </w:rPr>
              <w:t>生活支援コーディネーター</w:t>
            </w:r>
          </w:p>
        </w:tc>
      </w:tr>
    </w:tbl>
    <w:p w14:paraId="4BD8AB58" w14:textId="77777777" w:rsidR="001001D4" w:rsidRPr="001001D4" w:rsidRDefault="001001D4">
      <w:pPr>
        <w:spacing w:before="60" w:after="0" w:line="240" w:lineRule="auto"/>
        <w:rPr>
          <w:rFonts w:ascii="ＭＳ 明朝" w:eastAsia="ＭＳ 明朝" w:hAnsi="ＭＳ 明朝"/>
          <w:b/>
          <w:sz w:val="26"/>
          <w:szCs w:val="26"/>
          <w:lang w:eastAsia="ja-JP"/>
        </w:rPr>
      </w:pPr>
    </w:p>
    <w:p w14:paraId="02A8CD91" w14:textId="4AAC3777" w:rsidR="00A2330A" w:rsidRPr="001001D4" w:rsidRDefault="00757AF0">
      <w:pPr>
        <w:spacing w:before="60" w:after="0" w:line="240" w:lineRule="auto"/>
        <w:rPr>
          <w:rFonts w:ascii="ＭＳ 明朝" w:eastAsia="ＭＳ 明朝" w:hAnsi="ＭＳ 明朝"/>
          <w:sz w:val="26"/>
          <w:szCs w:val="26"/>
          <w:lang w:eastAsia="ja-JP"/>
        </w:rPr>
      </w:pPr>
      <w:r w:rsidRPr="001001D4">
        <w:rPr>
          <w:rFonts w:ascii="ＭＳ 明朝" w:eastAsia="ＭＳ 明朝" w:hAnsi="ＭＳ 明朝"/>
          <w:b/>
          <w:sz w:val="26"/>
          <w:szCs w:val="26"/>
          <w:lang w:eastAsia="ja-JP"/>
        </w:rPr>
        <w:t>（２）利用対象者</w:t>
      </w:r>
    </w:p>
    <w:p w14:paraId="20E2EA87" w14:textId="77777777" w:rsidR="00A2330A" w:rsidRPr="001001D4" w:rsidRDefault="00757AF0">
      <w:pPr>
        <w:spacing w:after="0" w:line="240" w:lineRule="auto"/>
        <w:rPr>
          <w:rFonts w:ascii="ＭＳ 明朝" w:eastAsia="ＭＳ 明朝" w:hAnsi="ＭＳ 明朝"/>
          <w:sz w:val="26"/>
          <w:szCs w:val="26"/>
          <w:lang w:eastAsia="ja-JP"/>
        </w:rPr>
      </w:pPr>
      <w:r w:rsidRPr="001001D4">
        <w:rPr>
          <w:rFonts w:ascii="ＭＳ 明朝" w:eastAsia="ＭＳ 明朝" w:hAnsi="ＭＳ 明朝"/>
          <w:sz w:val="26"/>
          <w:szCs w:val="26"/>
          <w:lang w:eastAsia="ja-JP"/>
        </w:rPr>
        <w:t>・養老町在住の65歳以上のひとり暮らしの方又は高齢者のみの世帯の方で、日常生活上の支援が必要と認められる方</w:t>
      </w:r>
    </w:p>
    <w:p w14:paraId="3C4BEF06" w14:textId="77777777" w:rsidR="00A2330A" w:rsidRPr="001001D4" w:rsidRDefault="00757AF0">
      <w:pPr>
        <w:spacing w:after="0" w:line="240" w:lineRule="auto"/>
        <w:rPr>
          <w:rFonts w:ascii="ＭＳ 明朝" w:eastAsia="ＭＳ 明朝" w:hAnsi="ＭＳ 明朝"/>
          <w:sz w:val="26"/>
          <w:szCs w:val="26"/>
          <w:lang w:eastAsia="ja-JP"/>
        </w:rPr>
      </w:pPr>
      <w:r w:rsidRPr="001001D4">
        <w:rPr>
          <w:rFonts w:ascii="ＭＳ 明朝" w:eastAsia="ＭＳ 明朝" w:hAnsi="ＭＳ 明朝"/>
          <w:sz w:val="26"/>
          <w:szCs w:val="26"/>
          <w:lang w:eastAsia="ja-JP"/>
        </w:rPr>
        <w:t>・その他、会長が必要と認める方</w:t>
      </w:r>
    </w:p>
    <w:p w14:paraId="481D8994" w14:textId="77777777" w:rsidR="00A2330A" w:rsidRPr="001001D4" w:rsidRDefault="00757AF0">
      <w:pPr>
        <w:spacing w:before="60" w:after="0" w:line="240" w:lineRule="auto"/>
        <w:rPr>
          <w:rFonts w:ascii="ＭＳ 明朝" w:eastAsia="ＭＳ 明朝" w:hAnsi="ＭＳ 明朝"/>
          <w:sz w:val="26"/>
          <w:szCs w:val="26"/>
          <w:lang w:eastAsia="ja-JP"/>
        </w:rPr>
      </w:pPr>
      <w:r w:rsidRPr="001001D4">
        <w:rPr>
          <w:rFonts w:ascii="ＭＳ 明朝" w:eastAsia="ＭＳ 明朝" w:hAnsi="ＭＳ 明朝"/>
          <w:b/>
          <w:sz w:val="26"/>
          <w:szCs w:val="26"/>
          <w:lang w:eastAsia="ja-JP"/>
        </w:rPr>
        <w:t>（３）作業内容</w:t>
      </w:r>
    </w:p>
    <w:p w14:paraId="3033C8C9" w14:textId="77777777" w:rsidR="00A2330A" w:rsidRPr="001001D4" w:rsidRDefault="00757AF0">
      <w:pPr>
        <w:spacing w:after="0" w:line="245" w:lineRule="auto"/>
        <w:rPr>
          <w:rFonts w:ascii="ＭＳ 明朝" w:eastAsia="ＭＳ 明朝" w:hAnsi="ＭＳ 明朝"/>
          <w:sz w:val="26"/>
          <w:szCs w:val="26"/>
          <w:lang w:eastAsia="ja-JP"/>
        </w:rPr>
      </w:pPr>
      <w:r w:rsidRPr="001001D4">
        <w:rPr>
          <w:rFonts w:ascii="ＭＳ 明朝" w:eastAsia="ＭＳ 明朝" w:hAnsi="ＭＳ 明朝"/>
          <w:sz w:val="26"/>
          <w:szCs w:val="26"/>
          <w:lang w:eastAsia="ja-JP"/>
        </w:rPr>
        <w:t>ゴミ出し、電球・蛍光灯の取り換え、掃除、話し相手等、日常生活上の軽易な支援を行います。詳しくは別表の料金表をご確認ください。なお、専門的な技術を要する作業、身体介護にあたる作業、危険を伴う作業等はお引き受けできません。</w:t>
      </w:r>
    </w:p>
    <w:p w14:paraId="4DAA8E93" w14:textId="77777777" w:rsidR="00A2330A" w:rsidRPr="001001D4" w:rsidRDefault="00757AF0">
      <w:pPr>
        <w:spacing w:before="60" w:after="0" w:line="240" w:lineRule="auto"/>
        <w:rPr>
          <w:rFonts w:ascii="ＭＳ 明朝" w:eastAsia="ＭＳ 明朝" w:hAnsi="ＭＳ 明朝"/>
          <w:sz w:val="26"/>
          <w:szCs w:val="26"/>
          <w:lang w:eastAsia="ja-JP"/>
        </w:rPr>
      </w:pPr>
      <w:r w:rsidRPr="001001D4">
        <w:rPr>
          <w:rFonts w:ascii="ＭＳ 明朝" w:eastAsia="ＭＳ 明朝" w:hAnsi="ＭＳ 明朝"/>
          <w:b/>
          <w:sz w:val="26"/>
          <w:szCs w:val="26"/>
          <w:lang w:eastAsia="ja-JP"/>
        </w:rPr>
        <w:t>（４）申込み及び利用の時間帯</w:t>
      </w:r>
    </w:p>
    <w:p w14:paraId="232C8927" w14:textId="77777777" w:rsidR="00A2330A" w:rsidRPr="001001D4" w:rsidRDefault="00757AF0" w:rsidP="00757AF0">
      <w:pPr>
        <w:spacing w:after="0" w:line="240" w:lineRule="auto"/>
        <w:ind w:left="260" w:hangingChars="100" w:hanging="260"/>
        <w:rPr>
          <w:rFonts w:ascii="ＭＳ 明朝" w:eastAsia="ＭＳ 明朝" w:hAnsi="ＭＳ 明朝"/>
          <w:sz w:val="26"/>
          <w:szCs w:val="26"/>
          <w:lang w:eastAsia="ja-JP"/>
        </w:rPr>
      </w:pPr>
      <w:r w:rsidRPr="001001D4">
        <w:rPr>
          <w:rFonts w:ascii="ＭＳ 明朝" w:eastAsia="ＭＳ 明朝" w:hAnsi="ＭＳ 明朝"/>
          <w:sz w:val="26"/>
          <w:szCs w:val="26"/>
          <w:lang w:eastAsia="ja-JP"/>
        </w:rPr>
        <w:t>・申込み受付は、平日午前9時から午後5時までです。なお、当日のお申し込みはお受けできません。</w:t>
      </w:r>
    </w:p>
    <w:p w14:paraId="7E965848" w14:textId="77777777" w:rsidR="00A2330A" w:rsidRPr="001001D4" w:rsidRDefault="00757AF0" w:rsidP="00757AF0">
      <w:pPr>
        <w:spacing w:after="0" w:line="240" w:lineRule="auto"/>
        <w:ind w:left="260" w:hangingChars="100" w:hanging="260"/>
        <w:rPr>
          <w:rFonts w:ascii="ＭＳ 明朝" w:eastAsia="ＭＳ 明朝" w:hAnsi="ＭＳ 明朝"/>
          <w:sz w:val="26"/>
          <w:szCs w:val="26"/>
          <w:lang w:eastAsia="ja-JP"/>
        </w:rPr>
      </w:pPr>
      <w:r w:rsidRPr="001001D4">
        <w:rPr>
          <w:rFonts w:ascii="ＭＳ 明朝" w:eastAsia="ＭＳ 明朝" w:hAnsi="ＭＳ 明朝"/>
          <w:sz w:val="26"/>
          <w:szCs w:val="26"/>
          <w:lang w:eastAsia="ja-JP"/>
        </w:rPr>
        <w:t>・利用は、原則として月曜日から金曜日までとします。ただし、国民の祝日及び12月29日から1月3日までを除きます。</w:t>
      </w:r>
    </w:p>
    <w:p w14:paraId="68C5CE6B" w14:textId="77777777" w:rsidR="00A2330A" w:rsidRPr="001001D4" w:rsidRDefault="00757AF0">
      <w:pPr>
        <w:spacing w:before="60" w:after="0" w:line="240" w:lineRule="auto"/>
        <w:rPr>
          <w:rFonts w:ascii="ＭＳ 明朝" w:eastAsia="ＭＳ 明朝" w:hAnsi="ＭＳ 明朝"/>
          <w:sz w:val="26"/>
          <w:szCs w:val="26"/>
          <w:lang w:eastAsia="ja-JP"/>
        </w:rPr>
      </w:pPr>
      <w:r w:rsidRPr="001001D4">
        <w:rPr>
          <w:rFonts w:ascii="ＭＳ 明朝" w:eastAsia="ＭＳ 明朝" w:hAnsi="ＭＳ 明朝"/>
          <w:b/>
          <w:sz w:val="26"/>
          <w:szCs w:val="26"/>
          <w:lang w:eastAsia="ja-JP"/>
        </w:rPr>
        <w:t>（５）打ち合わせ</w:t>
      </w:r>
    </w:p>
    <w:p w14:paraId="078CE047" w14:textId="77777777" w:rsidR="00A2330A" w:rsidRPr="001001D4" w:rsidRDefault="00757AF0">
      <w:pPr>
        <w:spacing w:after="0" w:line="245" w:lineRule="auto"/>
        <w:rPr>
          <w:rFonts w:ascii="ＭＳ 明朝" w:eastAsia="ＭＳ 明朝" w:hAnsi="ＭＳ 明朝"/>
          <w:sz w:val="26"/>
          <w:szCs w:val="26"/>
          <w:lang w:eastAsia="ja-JP"/>
        </w:rPr>
      </w:pPr>
      <w:r w:rsidRPr="001001D4">
        <w:rPr>
          <w:rFonts w:ascii="ＭＳ 明朝" w:eastAsia="ＭＳ 明朝" w:hAnsi="ＭＳ 明朝"/>
          <w:sz w:val="26"/>
          <w:szCs w:val="26"/>
          <w:lang w:eastAsia="ja-JP"/>
        </w:rPr>
        <w:t>依頼を受けた後、生活支援コーディネーターが利用者宅を訪問し、作業内容を確認します。必要に応じて、ボランティアが一緒に訪問する場合があります。依頼内容によっては、安全面や事業の趣旨等を踏まえ、お引き受けできない場合があります。</w:t>
      </w:r>
    </w:p>
    <w:p w14:paraId="4284AB81" w14:textId="77777777" w:rsidR="00A2330A" w:rsidRPr="001001D4" w:rsidRDefault="00757AF0">
      <w:pPr>
        <w:spacing w:before="60" w:after="0" w:line="240" w:lineRule="auto"/>
        <w:rPr>
          <w:rFonts w:ascii="ＭＳ 明朝" w:eastAsia="ＭＳ 明朝" w:hAnsi="ＭＳ 明朝"/>
          <w:sz w:val="26"/>
          <w:szCs w:val="26"/>
          <w:lang w:eastAsia="ja-JP"/>
        </w:rPr>
      </w:pPr>
      <w:r w:rsidRPr="001001D4">
        <w:rPr>
          <w:rFonts w:ascii="ＭＳ 明朝" w:eastAsia="ＭＳ 明朝" w:hAnsi="ＭＳ 明朝"/>
          <w:b/>
          <w:sz w:val="26"/>
          <w:szCs w:val="26"/>
          <w:lang w:eastAsia="ja-JP"/>
        </w:rPr>
        <w:t>（６）利用料の支払い</w:t>
      </w:r>
    </w:p>
    <w:p w14:paraId="7FA27236" w14:textId="116A3DD0" w:rsidR="00A2330A" w:rsidRPr="001001D4" w:rsidRDefault="00757AF0" w:rsidP="001001D4">
      <w:pPr>
        <w:spacing w:after="0" w:line="245" w:lineRule="auto"/>
        <w:rPr>
          <w:rFonts w:ascii="ＭＳ 明朝" w:eastAsia="ＭＳ 明朝" w:hAnsi="ＭＳ 明朝"/>
          <w:sz w:val="26"/>
          <w:szCs w:val="26"/>
          <w:lang w:eastAsia="ja-JP"/>
        </w:rPr>
      </w:pPr>
      <w:r w:rsidRPr="001001D4">
        <w:rPr>
          <w:rFonts w:ascii="ＭＳ 明朝" w:eastAsia="ＭＳ 明朝" w:hAnsi="ＭＳ 明朝"/>
          <w:sz w:val="26"/>
          <w:szCs w:val="26"/>
          <w:lang w:eastAsia="ja-JP"/>
        </w:rPr>
        <w:t>作業終了後、生活支援ボランティアに利用料をお支払いください。活動時間を延長した場合は、10分ごとに100円を加算します。（10分未満は切り上げとなります。）利用料の受け渡し後、領収書を兼ねた作業報告書をお渡ししますので、内容をご確認のうえ押印をお願いします。</w:t>
      </w:r>
    </w:p>
    <w:p w14:paraId="1604881E" w14:textId="77777777" w:rsidR="00A2330A" w:rsidRPr="001001D4" w:rsidRDefault="00757AF0">
      <w:pPr>
        <w:spacing w:before="60" w:after="0" w:line="240" w:lineRule="auto"/>
        <w:rPr>
          <w:rFonts w:ascii="ＭＳ 明朝" w:eastAsia="ＭＳ 明朝" w:hAnsi="ＭＳ 明朝"/>
          <w:sz w:val="26"/>
          <w:szCs w:val="26"/>
          <w:lang w:eastAsia="ja-JP"/>
        </w:rPr>
      </w:pPr>
      <w:r w:rsidRPr="001001D4">
        <w:rPr>
          <w:rFonts w:ascii="ＭＳ 明朝" w:eastAsia="ＭＳ 明朝" w:hAnsi="ＭＳ 明朝"/>
          <w:b/>
          <w:sz w:val="26"/>
          <w:szCs w:val="26"/>
          <w:lang w:eastAsia="ja-JP"/>
        </w:rPr>
        <w:t>（７）作業の停止</w:t>
      </w:r>
    </w:p>
    <w:p w14:paraId="46E69C2C" w14:textId="77777777" w:rsidR="00A2330A" w:rsidRPr="001001D4" w:rsidRDefault="00757AF0">
      <w:pPr>
        <w:spacing w:after="0" w:line="240" w:lineRule="auto"/>
        <w:rPr>
          <w:rFonts w:ascii="ＭＳ 明朝" w:eastAsia="ＭＳ 明朝" w:hAnsi="ＭＳ 明朝"/>
          <w:sz w:val="26"/>
          <w:szCs w:val="26"/>
          <w:lang w:eastAsia="ja-JP"/>
        </w:rPr>
      </w:pPr>
      <w:r w:rsidRPr="001001D4">
        <w:rPr>
          <w:rFonts w:ascii="ＭＳ 明朝" w:eastAsia="ＭＳ 明朝" w:hAnsi="ＭＳ 明朝"/>
          <w:sz w:val="26"/>
          <w:szCs w:val="26"/>
          <w:lang w:eastAsia="ja-JP"/>
        </w:rPr>
        <w:t>以下の事項に該当する場合は、サービス（作業）の提供を停止する場合があります。</w:t>
      </w:r>
    </w:p>
    <w:p w14:paraId="55F5BEAC" w14:textId="77777777" w:rsidR="001001D4" w:rsidRDefault="00757AF0">
      <w:pPr>
        <w:spacing w:after="0" w:line="240" w:lineRule="auto"/>
        <w:rPr>
          <w:rFonts w:ascii="ＭＳ 明朝" w:eastAsia="ＭＳ 明朝" w:hAnsi="ＭＳ 明朝"/>
          <w:sz w:val="26"/>
          <w:szCs w:val="26"/>
          <w:lang w:eastAsia="ja-JP"/>
        </w:rPr>
      </w:pPr>
      <w:r w:rsidRPr="001001D4">
        <w:rPr>
          <w:rFonts w:ascii="ＭＳ 明朝" w:eastAsia="ＭＳ 明朝" w:hAnsi="ＭＳ 明朝"/>
          <w:sz w:val="26"/>
          <w:szCs w:val="26"/>
          <w:lang w:eastAsia="ja-JP"/>
        </w:rPr>
        <w:t xml:space="preserve">・不適切な利用があった場合　</w:t>
      </w:r>
    </w:p>
    <w:p w14:paraId="606757D7" w14:textId="77777777" w:rsidR="001001D4" w:rsidRDefault="00757AF0">
      <w:pPr>
        <w:spacing w:after="0" w:line="240" w:lineRule="auto"/>
        <w:rPr>
          <w:rFonts w:ascii="ＭＳ 明朝" w:eastAsia="ＭＳ 明朝" w:hAnsi="ＭＳ 明朝"/>
          <w:sz w:val="26"/>
          <w:szCs w:val="26"/>
          <w:lang w:eastAsia="ja-JP"/>
        </w:rPr>
      </w:pPr>
      <w:r w:rsidRPr="001001D4">
        <w:rPr>
          <w:rFonts w:ascii="ＭＳ 明朝" w:eastAsia="ＭＳ 明朝" w:hAnsi="ＭＳ 明朝"/>
          <w:sz w:val="26"/>
          <w:szCs w:val="26"/>
          <w:lang w:eastAsia="ja-JP"/>
        </w:rPr>
        <w:t xml:space="preserve">・利用者の暴言、暴行、ハラスメントその他の不適切な言動があった場合　</w:t>
      </w:r>
    </w:p>
    <w:p w14:paraId="18022372" w14:textId="4FA0A1AD" w:rsidR="00A2330A" w:rsidRPr="001001D4" w:rsidRDefault="00757AF0">
      <w:pPr>
        <w:spacing w:after="0" w:line="240" w:lineRule="auto"/>
        <w:rPr>
          <w:rFonts w:ascii="ＭＳ 明朝" w:eastAsia="ＭＳ 明朝" w:hAnsi="ＭＳ 明朝"/>
          <w:sz w:val="26"/>
          <w:szCs w:val="26"/>
          <w:lang w:eastAsia="ja-JP"/>
        </w:rPr>
      </w:pPr>
      <w:r w:rsidRPr="001001D4">
        <w:rPr>
          <w:rFonts w:ascii="ＭＳ 明朝" w:eastAsia="ＭＳ 明朝" w:hAnsi="ＭＳ 明朝"/>
          <w:sz w:val="26"/>
          <w:szCs w:val="26"/>
          <w:lang w:eastAsia="ja-JP"/>
        </w:rPr>
        <w:t>・ボランティア又は事務局が、安全に活動を継続できないと判断した場合</w:t>
      </w:r>
    </w:p>
    <w:p w14:paraId="1A1E29BB" w14:textId="77777777" w:rsidR="001001D4" w:rsidRDefault="001001D4">
      <w:pPr>
        <w:spacing w:before="60" w:after="0" w:line="240" w:lineRule="auto"/>
        <w:rPr>
          <w:rFonts w:ascii="ＭＳ 明朝" w:eastAsia="ＭＳ 明朝" w:hAnsi="ＭＳ 明朝"/>
          <w:b/>
          <w:sz w:val="26"/>
          <w:szCs w:val="26"/>
          <w:lang w:eastAsia="ja-JP"/>
        </w:rPr>
      </w:pPr>
    </w:p>
    <w:p w14:paraId="25168FA0" w14:textId="33D1FE86" w:rsidR="00A2330A" w:rsidRPr="001001D4" w:rsidRDefault="00757AF0">
      <w:pPr>
        <w:spacing w:before="60" w:after="0" w:line="240" w:lineRule="auto"/>
        <w:rPr>
          <w:rFonts w:ascii="ＭＳ 明朝" w:eastAsia="ＭＳ 明朝" w:hAnsi="ＭＳ 明朝"/>
          <w:sz w:val="26"/>
          <w:szCs w:val="26"/>
          <w:lang w:eastAsia="ja-JP"/>
        </w:rPr>
      </w:pPr>
      <w:r w:rsidRPr="001001D4">
        <w:rPr>
          <w:rFonts w:ascii="ＭＳ 明朝" w:eastAsia="ＭＳ 明朝" w:hAnsi="ＭＳ 明朝"/>
          <w:b/>
          <w:sz w:val="26"/>
          <w:szCs w:val="26"/>
          <w:lang w:eastAsia="ja-JP"/>
        </w:rPr>
        <w:lastRenderedPageBreak/>
        <w:t>（８）天災等不可抗力</w:t>
      </w:r>
    </w:p>
    <w:p w14:paraId="6D90C457" w14:textId="77777777" w:rsidR="00A2330A" w:rsidRPr="001001D4" w:rsidRDefault="00757AF0">
      <w:pPr>
        <w:spacing w:after="0" w:line="240" w:lineRule="auto"/>
        <w:rPr>
          <w:rFonts w:ascii="ＭＳ 明朝" w:eastAsia="ＭＳ 明朝" w:hAnsi="ＭＳ 明朝"/>
          <w:sz w:val="26"/>
          <w:szCs w:val="26"/>
          <w:lang w:eastAsia="ja-JP"/>
        </w:rPr>
      </w:pPr>
      <w:r w:rsidRPr="001001D4">
        <w:rPr>
          <w:rFonts w:ascii="ＭＳ 明朝" w:eastAsia="ＭＳ 明朝" w:hAnsi="ＭＳ 明朝"/>
          <w:sz w:val="26"/>
          <w:szCs w:val="26"/>
          <w:lang w:eastAsia="ja-JP"/>
        </w:rPr>
        <w:t>地震、台風、大雨その他の天災、交通事情等、事業者の責めによらない理由により作業の実施が困難となった場合は、作業を中止又は延期する場合があります。また、利用者の急激な体調悪化等、不測の事態が発生した場合は、必要に応じて家族、関係機関等へ連絡します。</w:t>
      </w:r>
    </w:p>
    <w:p w14:paraId="65C927ED" w14:textId="77777777" w:rsidR="00A2330A" w:rsidRPr="001001D4" w:rsidRDefault="00757AF0">
      <w:pPr>
        <w:spacing w:before="60" w:after="0" w:line="240" w:lineRule="auto"/>
        <w:rPr>
          <w:rFonts w:ascii="ＭＳ 明朝" w:eastAsia="ＭＳ 明朝" w:hAnsi="ＭＳ 明朝"/>
          <w:sz w:val="26"/>
          <w:szCs w:val="26"/>
          <w:lang w:eastAsia="ja-JP"/>
        </w:rPr>
      </w:pPr>
      <w:r w:rsidRPr="001001D4">
        <w:rPr>
          <w:rFonts w:ascii="ＭＳ 明朝" w:eastAsia="ＭＳ 明朝" w:hAnsi="ＭＳ 明朝"/>
          <w:b/>
          <w:sz w:val="26"/>
          <w:szCs w:val="26"/>
          <w:lang w:eastAsia="ja-JP"/>
        </w:rPr>
        <w:t>（９）損害賠償</w:t>
      </w:r>
    </w:p>
    <w:p w14:paraId="710DA5B5" w14:textId="77777777" w:rsidR="00A2330A" w:rsidRPr="001001D4" w:rsidRDefault="00757AF0">
      <w:pPr>
        <w:spacing w:after="0" w:line="240" w:lineRule="auto"/>
        <w:rPr>
          <w:rFonts w:ascii="ＭＳ 明朝" w:eastAsia="ＭＳ 明朝" w:hAnsi="ＭＳ 明朝"/>
          <w:sz w:val="26"/>
          <w:szCs w:val="26"/>
          <w:lang w:eastAsia="ja-JP"/>
        </w:rPr>
      </w:pPr>
      <w:r w:rsidRPr="001001D4">
        <w:rPr>
          <w:rFonts w:ascii="ＭＳ 明朝" w:eastAsia="ＭＳ 明朝" w:hAnsi="ＭＳ 明朝"/>
          <w:sz w:val="26"/>
          <w:szCs w:val="26"/>
          <w:lang w:eastAsia="ja-JP"/>
        </w:rPr>
        <w:t>事業者又はボランティアの故意又は過失により、利用者の生命、身体又は財産に損害を与えた場合は、加入する保険の範囲内等により対応します。ただし、利用者の故意又は重大な過失、事業者の責めによらない理由によって事故や損害が発生した場合は、事業者及びボランティアはその責任を負わないものとします。</w:t>
      </w:r>
    </w:p>
    <w:p w14:paraId="339AFF33" w14:textId="77777777" w:rsidR="00A2330A" w:rsidRPr="001001D4" w:rsidRDefault="00757AF0">
      <w:pPr>
        <w:spacing w:before="60" w:after="0" w:line="240" w:lineRule="auto"/>
        <w:rPr>
          <w:rFonts w:ascii="ＭＳ 明朝" w:eastAsia="ＭＳ 明朝" w:hAnsi="ＭＳ 明朝"/>
          <w:sz w:val="26"/>
          <w:szCs w:val="26"/>
          <w:lang w:eastAsia="ja-JP"/>
        </w:rPr>
      </w:pPr>
      <w:r w:rsidRPr="001001D4">
        <w:rPr>
          <w:rFonts w:ascii="ＭＳ 明朝" w:eastAsia="ＭＳ 明朝" w:hAnsi="ＭＳ 明朝"/>
          <w:b/>
          <w:sz w:val="26"/>
          <w:szCs w:val="26"/>
          <w:lang w:eastAsia="ja-JP"/>
        </w:rPr>
        <w:t>（１０）貴重品等の管理について</w:t>
      </w:r>
    </w:p>
    <w:p w14:paraId="5C3D1779" w14:textId="77777777" w:rsidR="00A2330A" w:rsidRPr="001001D4" w:rsidRDefault="00757AF0" w:rsidP="00757AF0">
      <w:pPr>
        <w:spacing w:after="0" w:line="240" w:lineRule="auto"/>
        <w:ind w:left="260" w:hangingChars="100" w:hanging="260"/>
        <w:rPr>
          <w:rFonts w:ascii="ＭＳ 明朝" w:eastAsia="ＭＳ 明朝" w:hAnsi="ＭＳ 明朝"/>
          <w:sz w:val="26"/>
          <w:szCs w:val="26"/>
          <w:lang w:eastAsia="ja-JP"/>
        </w:rPr>
      </w:pPr>
      <w:r w:rsidRPr="001001D4">
        <w:rPr>
          <w:rFonts w:ascii="ＭＳ 明朝" w:eastAsia="ＭＳ 明朝" w:hAnsi="ＭＳ 明朝"/>
          <w:sz w:val="26"/>
          <w:szCs w:val="26"/>
          <w:lang w:eastAsia="ja-JP"/>
        </w:rPr>
        <w:t>・現金、通帳、印鑑、カード、貴金属等の貴重品は、利用者本人又は家族で管理してください。ボランティアは、原則として金銭及び貴重品の管理、保管は行いません。</w:t>
      </w:r>
    </w:p>
    <w:p w14:paraId="2EBA75E5" w14:textId="77777777" w:rsidR="00A2330A" w:rsidRPr="001001D4" w:rsidRDefault="00757AF0" w:rsidP="00757AF0">
      <w:pPr>
        <w:spacing w:after="0" w:line="240" w:lineRule="auto"/>
        <w:ind w:left="260" w:hangingChars="100" w:hanging="260"/>
        <w:rPr>
          <w:rFonts w:ascii="ＭＳ 明朝" w:eastAsia="ＭＳ 明朝" w:hAnsi="ＭＳ 明朝"/>
          <w:sz w:val="26"/>
          <w:szCs w:val="26"/>
          <w:lang w:eastAsia="ja-JP"/>
        </w:rPr>
      </w:pPr>
      <w:r w:rsidRPr="001001D4">
        <w:rPr>
          <w:rFonts w:ascii="ＭＳ 明朝" w:eastAsia="ＭＳ 明朝" w:hAnsi="ＭＳ 明朝"/>
          <w:sz w:val="26"/>
          <w:szCs w:val="26"/>
          <w:lang w:eastAsia="ja-JP"/>
        </w:rPr>
        <w:t>・買い物支援等で金銭の受け渡しが必要な場合は、その都度、金額及び内容を確認し、作業報告書兼領収書に記録し、利用者の確認を受けます。買い物記録ノートや現金は、原則として利用者又は家族で管理してください。</w:t>
      </w:r>
    </w:p>
    <w:p w14:paraId="42498C1C" w14:textId="77777777" w:rsidR="00A2330A" w:rsidRPr="001001D4" w:rsidRDefault="00757AF0" w:rsidP="00757AF0">
      <w:pPr>
        <w:spacing w:after="0" w:line="240" w:lineRule="auto"/>
        <w:ind w:left="260" w:hangingChars="100" w:hanging="260"/>
        <w:rPr>
          <w:rFonts w:ascii="ＭＳ 明朝" w:eastAsia="ＭＳ 明朝" w:hAnsi="ＭＳ 明朝"/>
          <w:sz w:val="26"/>
          <w:szCs w:val="26"/>
          <w:lang w:eastAsia="ja-JP"/>
        </w:rPr>
      </w:pPr>
      <w:r w:rsidRPr="001001D4">
        <w:rPr>
          <w:rFonts w:ascii="ＭＳ 明朝" w:eastAsia="ＭＳ 明朝" w:hAnsi="ＭＳ 明朝"/>
          <w:sz w:val="26"/>
          <w:szCs w:val="26"/>
          <w:lang w:eastAsia="ja-JP"/>
        </w:rPr>
        <w:t>・サービス実施後に金品等の紛失のお申し出があった場合でも、事業者及びボランティアに故意又は重大な過失がない場合は、責任を負いかねます。</w:t>
      </w:r>
    </w:p>
    <w:p w14:paraId="1A90F7AC" w14:textId="77777777" w:rsidR="00A2330A" w:rsidRPr="001001D4" w:rsidRDefault="00757AF0">
      <w:pPr>
        <w:spacing w:before="60" w:after="0" w:line="240" w:lineRule="auto"/>
        <w:rPr>
          <w:rFonts w:ascii="ＭＳ 明朝" w:eastAsia="ＭＳ 明朝" w:hAnsi="ＭＳ 明朝"/>
          <w:sz w:val="26"/>
          <w:szCs w:val="26"/>
          <w:lang w:eastAsia="ja-JP"/>
        </w:rPr>
      </w:pPr>
      <w:r w:rsidRPr="001001D4">
        <w:rPr>
          <w:rFonts w:ascii="ＭＳ 明朝" w:eastAsia="ＭＳ 明朝" w:hAnsi="ＭＳ 明朝"/>
          <w:b/>
          <w:sz w:val="26"/>
          <w:szCs w:val="26"/>
          <w:lang w:eastAsia="ja-JP"/>
        </w:rPr>
        <w:t>（１１）その他</w:t>
      </w:r>
    </w:p>
    <w:p w14:paraId="467A51BC" w14:textId="77777777" w:rsidR="00A2330A" w:rsidRPr="001001D4" w:rsidRDefault="00757AF0" w:rsidP="00757AF0">
      <w:pPr>
        <w:spacing w:after="0" w:line="240" w:lineRule="auto"/>
        <w:ind w:left="260" w:hangingChars="100" w:hanging="260"/>
        <w:rPr>
          <w:rFonts w:ascii="ＭＳ 明朝" w:eastAsia="ＭＳ 明朝" w:hAnsi="ＭＳ 明朝"/>
          <w:sz w:val="26"/>
          <w:szCs w:val="26"/>
          <w:lang w:eastAsia="ja-JP"/>
        </w:rPr>
      </w:pPr>
      <w:r w:rsidRPr="001001D4">
        <w:rPr>
          <w:rFonts w:ascii="ＭＳ 明朝" w:eastAsia="ＭＳ 明朝" w:hAnsi="ＭＳ 明朝"/>
          <w:sz w:val="26"/>
          <w:szCs w:val="26"/>
          <w:lang w:eastAsia="ja-JP"/>
        </w:rPr>
        <w:t>・ご都合によりキャンセルする場合は、前日の午後5時までにご連絡ください。前日が休日の場合は、その前の平日までにご連絡ください。当日キャンセルや訪問時のキャンセルの場合は、利用料をいただきます。</w:t>
      </w:r>
    </w:p>
    <w:p w14:paraId="5D9E6160" w14:textId="235566DC" w:rsidR="00A2330A" w:rsidRPr="001001D4" w:rsidRDefault="00757AF0" w:rsidP="00757AF0">
      <w:pPr>
        <w:spacing w:after="0" w:line="240" w:lineRule="auto"/>
        <w:ind w:left="260" w:hangingChars="100" w:hanging="260"/>
        <w:rPr>
          <w:rFonts w:ascii="ＭＳ 明朝" w:eastAsia="ＭＳ 明朝" w:hAnsi="ＭＳ 明朝"/>
          <w:sz w:val="26"/>
          <w:szCs w:val="26"/>
          <w:lang w:eastAsia="ja-JP"/>
        </w:rPr>
      </w:pPr>
      <w:r w:rsidRPr="001001D4">
        <w:rPr>
          <w:rFonts w:ascii="ＭＳ 明朝" w:eastAsia="ＭＳ 明朝" w:hAnsi="ＭＳ 明朝"/>
          <w:sz w:val="26"/>
          <w:szCs w:val="26"/>
          <w:lang w:eastAsia="ja-JP"/>
        </w:rPr>
        <w:t>・掃除用具、洗剤、交換用の電球、電池等、作業に必要な物品は利用者宅にある物を</w:t>
      </w:r>
      <w:r>
        <w:rPr>
          <w:rFonts w:ascii="ＭＳ 明朝" w:eastAsia="ＭＳ 明朝" w:hAnsi="ＭＳ 明朝" w:hint="eastAsia"/>
          <w:sz w:val="26"/>
          <w:szCs w:val="26"/>
          <w:lang w:eastAsia="ja-JP"/>
        </w:rPr>
        <w:t xml:space="preserve">　</w:t>
      </w:r>
      <w:r w:rsidRPr="001001D4">
        <w:rPr>
          <w:rFonts w:ascii="ＭＳ 明朝" w:eastAsia="ＭＳ 明朝" w:hAnsi="ＭＳ 明朝"/>
          <w:sz w:val="26"/>
          <w:szCs w:val="26"/>
          <w:lang w:eastAsia="ja-JP"/>
        </w:rPr>
        <w:t>使用します。材料費等が発生する場合は、利用者負担となります。</w:t>
      </w:r>
    </w:p>
    <w:p w14:paraId="272287B6" w14:textId="77777777" w:rsidR="00757AF0" w:rsidRDefault="00757AF0">
      <w:pPr>
        <w:spacing w:after="0" w:line="240" w:lineRule="auto"/>
        <w:rPr>
          <w:rFonts w:ascii="ＭＳ 明朝" w:eastAsia="ＭＳ 明朝" w:hAnsi="ＭＳ 明朝"/>
          <w:sz w:val="26"/>
          <w:szCs w:val="26"/>
          <w:lang w:eastAsia="ja-JP"/>
        </w:rPr>
      </w:pPr>
      <w:r w:rsidRPr="001001D4">
        <w:rPr>
          <w:rFonts w:ascii="ＭＳ 明朝" w:eastAsia="ＭＳ 明朝" w:hAnsi="ＭＳ 明朝"/>
          <w:sz w:val="26"/>
          <w:szCs w:val="26"/>
          <w:lang w:eastAsia="ja-JP"/>
        </w:rPr>
        <w:t>・作業中は、原則として利用者本人に在宅していただきます。</w:t>
      </w:r>
    </w:p>
    <w:p w14:paraId="2E986091" w14:textId="77777777" w:rsidR="00757AF0" w:rsidRDefault="00757AF0">
      <w:pPr>
        <w:spacing w:after="0" w:line="240" w:lineRule="auto"/>
        <w:rPr>
          <w:rFonts w:ascii="ＭＳ 明朝" w:eastAsia="ＭＳ 明朝" w:hAnsi="ＭＳ 明朝"/>
          <w:sz w:val="26"/>
          <w:szCs w:val="26"/>
          <w:lang w:eastAsia="ja-JP"/>
        </w:rPr>
      </w:pPr>
      <w:r>
        <w:rPr>
          <w:rFonts w:ascii="ＭＳ 明朝" w:eastAsia="ＭＳ 明朝" w:hAnsi="ＭＳ 明朝" w:hint="eastAsia"/>
          <w:sz w:val="26"/>
          <w:szCs w:val="26"/>
          <w:lang w:eastAsia="ja-JP"/>
        </w:rPr>
        <w:t>・</w:t>
      </w:r>
      <w:r w:rsidRPr="001001D4">
        <w:rPr>
          <w:rFonts w:ascii="ＭＳ 明朝" w:eastAsia="ＭＳ 明朝" w:hAnsi="ＭＳ 明朝"/>
          <w:sz w:val="26"/>
          <w:szCs w:val="26"/>
          <w:lang w:eastAsia="ja-JP"/>
        </w:rPr>
        <w:t>お茶やお菓子等のご用意は固くお断りいたします。</w:t>
      </w:r>
    </w:p>
    <w:p w14:paraId="200A960A" w14:textId="0EF276C6" w:rsidR="00A2330A" w:rsidRPr="001001D4" w:rsidRDefault="00757AF0" w:rsidP="00757AF0">
      <w:pPr>
        <w:spacing w:after="0" w:line="240" w:lineRule="auto"/>
        <w:ind w:left="260" w:hangingChars="100" w:hanging="260"/>
        <w:rPr>
          <w:rFonts w:ascii="ＭＳ 明朝" w:eastAsia="ＭＳ 明朝" w:hAnsi="ＭＳ 明朝"/>
          <w:sz w:val="26"/>
          <w:szCs w:val="26"/>
          <w:lang w:eastAsia="ja-JP"/>
        </w:rPr>
      </w:pPr>
      <w:r>
        <w:rPr>
          <w:rFonts w:ascii="ＭＳ 明朝" w:eastAsia="ＭＳ 明朝" w:hAnsi="ＭＳ 明朝" w:hint="eastAsia"/>
          <w:sz w:val="26"/>
          <w:szCs w:val="26"/>
          <w:lang w:eastAsia="ja-JP"/>
        </w:rPr>
        <w:t>・</w:t>
      </w:r>
      <w:r w:rsidRPr="001001D4">
        <w:rPr>
          <w:rFonts w:ascii="ＭＳ 明朝" w:eastAsia="ＭＳ 明朝" w:hAnsi="ＭＳ 明朝"/>
          <w:sz w:val="26"/>
          <w:szCs w:val="26"/>
          <w:lang w:eastAsia="ja-JP"/>
        </w:rPr>
        <w:t>生活支援ボランティアは、専門業者や介護サービスの代替ではなく、地域住民による支え合い活動として実施するものです。</w:t>
      </w:r>
    </w:p>
    <w:p w14:paraId="34184647" w14:textId="5C3F87F3" w:rsidR="001001D4" w:rsidRDefault="001001D4">
      <w:pPr>
        <w:spacing w:after="0" w:line="240" w:lineRule="auto"/>
        <w:rPr>
          <w:rFonts w:ascii="ＭＳ 明朝" w:eastAsia="ＭＳ 明朝" w:hAnsi="ＭＳ 明朝"/>
          <w:sz w:val="24"/>
          <w:szCs w:val="24"/>
          <w:lang w:eastAsia="ja-JP"/>
        </w:rPr>
      </w:pPr>
    </w:p>
    <w:p w14:paraId="78EA9AB2" w14:textId="0C4F6154" w:rsidR="001001D4" w:rsidRPr="001001D4" w:rsidRDefault="00757AF0">
      <w:pPr>
        <w:spacing w:after="0" w:line="240" w:lineRule="auto"/>
        <w:rPr>
          <w:rFonts w:ascii="ＭＳ 明朝" w:eastAsia="ＭＳ 明朝" w:hAnsi="ＭＳ 明朝"/>
          <w:sz w:val="24"/>
          <w:szCs w:val="24"/>
          <w:lang w:eastAsia="ja-JP"/>
        </w:rPr>
      </w:pPr>
      <w:r>
        <w:rPr>
          <w:rFonts w:ascii="ＭＳ 明朝" w:eastAsia="ＭＳ 明朝" w:hAnsi="ＭＳ 明朝" w:hint="eastAsia"/>
          <w:noProof/>
          <w:sz w:val="24"/>
          <w:szCs w:val="24"/>
          <w:lang w:eastAsia="ja-JP"/>
        </w:rPr>
        <mc:AlternateContent>
          <mc:Choice Requires="wps">
            <w:drawing>
              <wp:anchor distT="0" distB="0" distL="114300" distR="114300" simplePos="0" relativeHeight="251657216" behindDoc="0" locked="0" layoutInCell="1" allowOverlap="1" wp14:anchorId="7E4CE775" wp14:editId="3436E311">
                <wp:simplePos x="0" y="0"/>
                <wp:positionH relativeFrom="column">
                  <wp:posOffset>-253365</wp:posOffset>
                </wp:positionH>
                <wp:positionV relativeFrom="paragraph">
                  <wp:posOffset>83819</wp:posOffset>
                </wp:positionV>
                <wp:extent cx="7016750" cy="3514725"/>
                <wp:effectExtent l="57150" t="19050" r="69850" b="104775"/>
                <wp:wrapNone/>
                <wp:docPr id="571221832" name="正方形/長方形 1"/>
                <wp:cNvGraphicFramePr/>
                <a:graphic xmlns:a="http://schemas.openxmlformats.org/drawingml/2006/main">
                  <a:graphicData uri="http://schemas.microsoft.com/office/word/2010/wordprocessingShape">
                    <wps:wsp>
                      <wps:cNvSpPr/>
                      <wps:spPr>
                        <a:xfrm>
                          <a:off x="0" y="0"/>
                          <a:ext cx="7016750" cy="351472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956C0F" id="正方形/長方形 1" o:spid="_x0000_s1026" style="position:absolute;margin-left:-19.95pt;margin-top:6.6pt;width:552.5pt;height:27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" filled="f" strokecolor="black [3213]">
                <v:shadow on="t" color="black" opacity="22937f" origin=",.5" offset="0,.63889mm"/>
              </v:rect>
            </w:pict>
          </mc:Fallback>
        </mc:AlternateContent>
      </w:r>
    </w:p>
    <w:p w14:paraId="512AC244" w14:textId="77777777" w:rsidR="00A2330A" w:rsidRPr="001001D4" w:rsidRDefault="00757AF0">
      <w:pPr>
        <w:spacing w:before="160" w:after="0" w:line="240" w:lineRule="auto"/>
        <w:jc w:val="center"/>
        <w:rPr>
          <w:rFonts w:ascii="ＭＳ 明朝" w:eastAsia="ＭＳ 明朝" w:hAnsi="ＭＳ 明朝"/>
        </w:rPr>
      </w:pPr>
      <w:r w:rsidRPr="001001D4">
        <w:rPr>
          <w:rFonts w:ascii="ＭＳ 明朝" w:eastAsia="ＭＳ 明朝" w:hAnsi="ＭＳ 明朝"/>
          <w:b/>
          <w:sz w:val="30"/>
        </w:rPr>
        <w:t>同　意　書</w:t>
      </w:r>
    </w:p>
    <w:p w14:paraId="706B933A" w14:textId="77777777" w:rsidR="00A2330A" w:rsidRDefault="00757AF0">
      <w:pPr>
        <w:spacing w:after="0" w:line="240" w:lineRule="auto"/>
        <w:rPr>
          <w:rFonts w:ascii="ＭＳ 明朝" w:eastAsia="ＭＳ 明朝" w:hAnsi="ＭＳ 明朝"/>
          <w:sz w:val="26"/>
          <w:szCs w:val="26"/>
          <w:lang w:eastAsia="ja-JP"/>
        </w:rPr>
      </w:pPr>
      <w:proofErr w:type="spellStart"/>
      <w:r w:rsidRPr="001001D4">
        <w:rPr>
          <w:rFonts w:ascii="ＭＳ 明朝" w:eastAsia="ＭＳ 明朝" w:hAnsi="ＭＳ 明朝"/>
          <w:sz w:val="26"/>
          <w:szCs w:val="26"/>
        </w:rPr>
        <w:t>養老町社会福祉協議会会長</w:t>
      </w:r>
      <w:proofErr w:type="spellEnd"/>
      <w:r w:rsidRPr="001001D4">
        <w:rPr>
          <w:rFonts w:ascii="ＭＳ 明朝" w:eastAsia="ＭＳ 明朝" w:hAnsi="ＭＳ 明朝"/>
          <w:sz w:val="26"/>
          <w:szCs w:val="26"/>
        </w:rPr>
        <w:t xml:space="preserve">　様</w:t>
      </w:r>
    </w:p>
    <w:p w14:paraId="126073A0" w14:textId="77777777" w:rsidR="00757AF0" w:rsidRPr="001001D4" w:rsidRDefault="00757AF0">
      <w:pPr>
        <w:spacing w:after="0" w:line="240" w:lineRule="auto"/>
        <w:rPr>
          <w:rFonts w:ascii="ＭＳ 明朝" w:eastAsia="ＭＳ 明朝" w:hAnsi="ＭＳ 明朝"/>
          <w:sz w:val="26"/>
          <w:szCs w:val="26"/>
          <w:lang w:eastAsia="ja-JP"/>
        </w:rPr>
      </w:pPr>
    </w:p>
    <w:p w14:paraId="69FC00D1" w14:textId="48B35875" w:rsidR="00A2330A" w:rsidRPr="001001D4" w:rsidRDefault="00757AF0">
      <w:pPr>
        <w:spacing w:after="0" w:line="240" w:lineRule="auto"/>
        <w:rPr>
          <w:rFonts w:ascii="ＭＳ 明朝" w:eastAsia="ＭＳ 明朝" w:hAnsi="ＭＳ 明朝"/>
          <w:sz w:val="26"/>
          <w:szCs w:val="26"/>
          <w:lang w:eastAsia="ja-JP"/>
        </w:rPr>
      </w:pPr>
      <w:r w:rsidRPr="001001D4">
        <w:rPr>
          <w:rFonts w:ascii="ＭＳ 明朝" w:eastAsia="ＭＳ 明朝" w:hAnsi="ＭＳ 明朝"/>
          <w:sz w:val="26"/>
          <w:szCs w:val="26"/>
          <w:lang w:eastAsia="ja-JP"/>
        </w:rPr>
        <w:t>私は、生活支援ボランティア活動（生活支援体制整備事業）の利用に関して、上記の</w:t>
      </w:r>
      <w:r>
        <w:rPr>
          <w:rFonts w:ascii="ＭＳ 明朝" w:eastAsia="ＭＳ 明朝" w:hAnsi="ＭＳ 明朝" w:hint="eastAsia"/>
          <w:sz w:val="26"/>
          <w:szCs w:val="26"/>
          <w:lang w:eastAsia="ja-JP"/>
        </w:rPr>
        <w:t xml:space="preserve">　</w:t>
      </w:r>
      <w:r w:rsidRPr="001001D4">
        <w:rPr>
          <w:rFonts w:ascii="ＭＳ 明朝" w:eastAsia="ＭＳ 明朝" w:hAnsi="ＭＳ 明朝"/>
          <w:sz w:val="26"/>
          <w:szCs w:val="26"/>
          <w:lang w:eastAsia="ja-JP"/>
        </w:rPr>
        <w:t>説明を受け、内容を確認し、条件に承諾のうえ利用することに同意します。</w:t>
      </w:r>
    </w:p>
    <w:p w14:paraId="7363EA12" w14:textId="77777777" w:rsidR="00757AF0" w:rsidRDefault="00757AF0">
      <w:pPr>
        <w:spacing w:after="0" w:line="240" w:lineRule="auto"/>
        <w:jc w:val="right"/>
        <w:rPr>
          <w:rFonts w:ascii="ＭＳ 明朝" w:eastAsia="ＭＳ 明朝" w:hAnsi="ＭＳ 明朝"/>
          <w:sz w:val="26"/>
          <w:szCs w:val="26"/>
          <w:lang w:eastAsia="ja-JP"/>
        </w:rPr>
      </w:pPr>
    </w:p>
    <w:p w14:paraId="576A3944" w14:textId="5B17AAC6" w:rsidR="00757AF0" w:rsidRDefault="00757AF0" w:rsidP="00757AF0">
      <w:pPr>
        <w:spacing w:after="0" w:line="240" w:lineRule="auto"/>
        <w:jc w:val="right"/>
        <w:rPr>
          <w:rFonts w:ascii="ＭＳ 明朝" w:eastAsia="ＭＳ 明朝" w:hAnsi="ＭＳ 明朝"/>
          <w:sz w:val="26"/>
          <w:szCs w:val="26"/>
          <w:lang w:eastAsia="ja-JP"/>
        </w:rPr>
      </w:pPr>
      <w:proofErr w:type="spellStart"/>
      <w:r w:rsidRPr="001001D4">
        <w:rPr>
          <w:rFonts w:ascii="ＭＳ 明朝" w:eastAsia="ＭＳ 明朝" w:hAnsi="ＭＳ 明朝"/>
          <w:sz w:val="26"/>
          <w:szCs w:val="26"/>
        </w:rPr>
        <w:t>令和</w:t>
      </w:r>
      <w:proofErr w:type="spellEnd"/>
      <w:r w:rsidRPr="001001D4">
        <w:rPr>
          <w:rFonts w:ascii="ＭＳ 明朝" w:eastAsia="ＭＳ 明朝" w:hAnsi="ＭＳ 明朝"/>
          <w:sz w:val="26"/>
          <w:szCs w:val="26"/>
        </w:rPr>
        <w:t xml:space="preserve">　　　年　　　月　　　日</w:t>
      </w:r>
    </w:p>
    <w:p w14:paraId="57BB54DC" w14:textId="77777777" w:rsidR="00757AF0" w:rsidRPr="000C098F" w:rsidRDefault="00757AF0">
      <w:pPr>
        <w:spacing w:after="80" w:line="240" w:lineRule="auto"/>
        <w:rPr>
          <w:rFonts w:ascii="ＭＳ 明朝" w:eastAsia="ＭＳ 明朝" w:hAnsi="ＭＳ 明朝"/>
          <w:sz w:val="26"/>
          <w:szCs w:val="26"/>
          <w:lang w:eastAsia="ja-JP"/>
        </w:rPr>
      </w:pPr>
    </w:p>
    <w:p w14:paraId="50D791CC" w14:textId="18848AA1" w:rsidR="00A2330A" w:rsidRDefault="00757AF0">
      <w:pPr>
        <w:spacing w:after="80" w:line="240" w:lineRule="auto"/>
        <w:rPr>
          <w:rFonts w:ascii="ＭＳ 明朝" w:eastAsia="ＭＳ 明朝" w:hAnsi="ＭＳ 明朝" w:hint="eastAsia"/>
          <w:sz w:val="26"/>
          <w:szCs w:val="26"/>
          <w:u w:val="single"/>
          <w:lang w:eastAsia="ja-JP"/>
        </w:rPr>
      </w:pPr>
      <w:proofErr w:type="spellStart"/>
      <w:r w:rsidRPr="001001D4">
        <w:rPr>
          <w:rFonts w:ascii="ＭＳ 明朝" w:eastAsia="ＭＳ 明朝" w:hAnsi="ＭＳ 明朝"/>
          <w:sz w:val="26"/>
          <w:szCs w:val="26"/>
        </w:rPr>
        <w:t>住所</w:t>
      </w:r>
      <w:proofErr w:type="spellEnd"/>
      <w:r w:rsidRPr="001001D4">
        <w:rPr>
          <w:rFonts w:ascii="ＭＳ 明朝" w:eastAsia="ＭＳ 明朝" w:hAnsi="ＭＳ 明朝"/>
          <w:sz w:val="26"/>
          <w:szCs w:val="26"/>
        </w:rPr>
        <w:t xml:space="preserve">：　</w:t>
      </w:r>
      <w:r w:rsidRPr="00757AF0">
        <w:rPr>
          <w:rFonts w:ascii="ＭＳ 明朝" w:eastAsia="ＭＳ 明朝" w:hAnsi="ＭＳ 明朝"/>
          <w:sz w:val="26"/>
          <w:szCs w:val="26"/>
          <w:u w:val="single"/>
        </w:rPr>
        <w:t>＿＿＿＿＿＿＿＿＿＿＿＿＿＿＿＿＿＿＿＿＿＿＿＿＿＿＿＿</w:t>
      </w:r>
    </w:p>
    <w:p w14:paraId="4DE7B472" w14:textId="77777777" w:rsidR="000C098F" w:rsidRPr="00757AF0" w:rsidRDefault="000C098F">
      <w:pPr>
        <w:spacing w:after="80" w:line="240" w:lineRule="auto"/>
        <w:rPr>
          <w:rFonts w:ascii="ＭＳ 明朝" w:eastAsia="ＭＳ 明朝" w:hAnsi="ＭＳ 明朝" w:hint="eastAsia"/>
          <w:sz w:val="26"/>
          <w:szCs w:val="26"/>
          <w:u w:val="single"/>
          <w:lang w:eastAsia="ja-JP"/>
        </w:rPr>
      </w:pPr>
    </w:p>
    <w:p w14:paraId="79012948" w14:textId="77777777" w:rsidR="00A2330A" w:rsidRPr="001001D4" w:rsidRDefault="00757AF0">
      <w:pPr>
        <w:spacing w:after="80" w:line="240" w:lineRule="auto"/>
        <w:rPr>
          <w:rFonts w:ascii="ＭＳ 明朝" w:eastAsia="ＭＳ 明朝" w:hAnsi="ＭＳ 明朝"/>
          <w:sz w:val="26"/>
          <w:szCs w:val="26"/>
        </w:rPr>
      </w:pPr>
      <w:proofErr w:type="spellStart"/>
      <w:r w:rsidRPr="001001D4">
        <w:rPr>
          <w:rFonts w:ascii="ＭＳ 明朝" w:eastAsia="ＭＳ 明朝" w:hAnsi="ＭＳ 明朝"/>
          <w:sz w:val="26"/>
          <w:szCs w:val="26"/>
        </w:rPr>
        <w:t>氏名</w:t>
      </w:r>
      <w:proofErr w:type="spellEnd"/>
      <w:r w:rsidRPr="001001D4">
        <w:rPr>
          <w:rFonts w:ascii="ＭＳ 明朝" w:eastAsia="ＭＳ 明朝" w:hAnsi="ＭＳ 明朝"/>
          <w:sz w:val="26"/>
          <w:szCs w:val="26"/>
        </w:rPr>
        <w:t xml:space="preserve">：　</w:t>
      </w:r>
      <w:r w:rsidRPr="00757AF0">
        <w:rPr>
          <w:rFonts w:ascii="ＭＳ 明朝" w:eastAsia="ＭＳ 明朝" w:hAnsi="ＭＳ 明朝"/>
          <w:sz w:val="26"/>
          <w:szCs w:val="26"/>
          <w:u w:val="single"/>
        </w:rPr>
        <w:t xml:space="preserve">＿＿＿＿＿＿＿＿＿＿＿＿＿＿＿＿＿＿＿＿＿＿＿＿＿＿＿　</w:t>
      </w:r>
      <w:r w:rsidRPr="001001D4">
        <w:rPr>
          <w:rFonts w:ascii="ＭＳ 明朝" w:eastAsia="ＭＳ 明朝" w:hAnsi="ＭＳ 明朝"/>
          <w:sz w:val="26"/>
          <w:szCs w:val="26"/>
        </w:rPr>
        <w:t>印</w:t>
      </w:r>
    </w:p>
    <w:p w14:paraId="707F70E8" w14:textId="77777777" w:rsidR="000C098F" w:rsidRDefault="000C098F">
      <w:pPr>
        <w:spacing w:after="80" w:line="240" w:lineRule="auto"/>
        <w:rPr>
          <w:rFonts w:ascii="ＭＳ 明朝" w:eastAsia="ＭＳ 明朝" w:hAnsi="ＭＳ 明朝"/>
          <w:sz w:val="26"/>
          <w:szCs w:val="26"/>
          <w:lang w:eastAsia="ja-JP"/>
        </w:rPr>
      </w:pPr>
    </w:p>
    <w:p w14:paraId="3C9997C2" w14:textId="4D0268E8" w:rsidR="00A2330A" w:rsidRPr="001001D4" w:rsidRDefault="00757AF0">
      <w:pPr>
        <w:spacing w:after="80" w:line="240" w:lineRule="auto"/>
        <w:rPr>
          <w:rFonts w:ascii="ＭＳ 明朝" w:eastAsia="ＭＳ 明朝" w:hAnsi="ＭＳ 明朝"/>
          <w:sz w:val="26"/>
          <w:szCs w:val="26"/>
        </w:rPr>
      </w:pPr>
      <w:proofErr w:type="spellStart"/>
      <w:r w:rsidRPr="001001D4">
        <w:rPr>
          <w:rFonts w:ascii="ＭＳ 明朝" w:eastAsia="ＭＳ 明朝" w:hAnsi="ＭＳ 明朝"/>
          <w:sz w:val="26"/>
          <w:szCs w:val="26"/>
        </w:rPr>
        <w:t>電話番号</w:t>
      </w:r>
      <w:proofErr w:type="spellEnd"/>
      <w:r w:rsidRPr="001001D4">
        <w:rPr>
          <w:rFonts w:ascii="ＭＳ 明朝" w:eastAsia="ＭＳ 明朝" w:hAnsi="ＭＳ 明朝"/>
          <w:sz w:val="26"/>
          <w:szCs w:val="26"/>
        </w:rPr>
        <w:t>：</w:t>
      </w:r>
      <w:r w:rsidRPr="00757AF0">
        <w:rPr>
          <w:rFonts w:ascii="ＭＳ 明朝" w:eastAsia="ＭＳ 明朝" w:hAnsi="ＭＳ 明朝"/>
          <w:sz w:val="26"/>
          <w:szCs w:val="26"/>
          <w:u w:val="single"/>
        </w:rPr>
        <w:t>＿＿＿＿＿＿＿＿＿＿＿＿＿＿＿＿＿＿＿＿＿＿＿＿＿＿＿</w:t>
      </w:r>
    </w:p>
    <w:sectPr w:rsidR="00A2330A" w:rsidRPr="001001D4" w:rsidSect="00034616">
      <w:headerReference w:type="even" r:id="rId8"/>
      <w:headerReference w:type="default" r:id="rId9"/>
      <w:footerReference w:type="even" r:id="rId10"/>
      <w:footerReference w:type="default" r:id="rId11"/>
      <w:headerReference w:type="first" r:id="rId12"/>
      <w:footerReference w:type="first" r:id="rId13"/>
      <w:pgSz w:w="11906" w:h="16838"/>
      <w:pgMar w:top="765" w:right="879" w:bottom="709" w:left="879" w:header="283"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214E1" w14:textId="77777777" w:rsidR="00574BAB" w:rsidRDefault="00574BAB">
      <w:pPr>
        <w:spacing w:after="0" w:line="240" w:lineRule="auto"/>
      </w:pPr>
      <w:r>
        <w:separator/>
      </w:r>
    </w:p>
  </w:endnote>
  <w:endnote w:type="continuationSeparator" w:id="0">
    <w:p w14:paraId="0AC5A2C5" w14:textId="77777777" w:rsidR="00574BAB" w:rsidRDefault="00574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877F" w14:textId="77777777" w:rsidR="001001D4" w:rsidRDefault="001001D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D1672" w14:textId="77777777" w:rsidR="00A2330A" w:rsidRDefault="00757AF0">
    <w:pPr>
      <w:pStyle w:val="a7"/>
      <w:jc w:val="center"/>
    </w:pPr>
    <w:r>
      <w:rPr>
        <w:sz w:val="18"/>
      </w:rPr>
      <w:fldChar w:fldCharType="begin"/>
    </w:r>
    <w:r>
      <w:rPr>
        <w:sz w:val="18"/>
      </w:rPr>
      <w:instrText>PAGE</w:instrText>
    </w:r>
    <w:r>
      <w:rPr>
        <w:sz w:val="18"/>
      </w:rPr>
      <w:fldChar w:fldCharType="separate"/>
    </w:r>
    <w:r w:rsidR="001001D4">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52361" w14:textId="77777777" w:rsidR="001001D4" w:rsidRDefault="001001D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EF6DE" w14:textId="77777777" w:rsidR="00574BAB" w:rsidRDefault="00574BAB">
      <w:pPr>
        <w:spacing w:after="0" w:line="240" w:lineRule="auto"/>
      </w:pPr>
      <w:r>
        <w:separator/>
      </w:r>
    </w:p>
  </w:footnote>
  <w:footnote w:type="continuationSeparator" w:id="0">
    <w:p w14:paraId="3D46E8BF" w14:textId="77777777" w:rsidR="00574BAB" w:rsidRDefault="00574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FE104" w14:textId="77777777" w:rsidR="001001D4" w:rsidRDefault="001001D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3FD5E" w14:textId="77777777" w:rsidR="001001D4" w:rsidRDefault="001001D4">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CE152" w14:textId="77777777" w:rsidR="001001D4" w:rsidRDefault="001001D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50133604">
    <w:abstractNumId w:val="8"/>
  </w:num>
  <w:num w:numId="2" w16cid:durableId="329523540">
    <w:abstractNumId w:val="6"/>
  </w:num>
  <w:num w:numId="3" w16cid:durableId="398093876">
    <w:abstractNumId w:val="5"/>
  </w:num>
  <w:num w:numId="4" w16cid:durableId="604339969">
    <w:abstractNumId w:val="4"/>
  </w:num>
  <w:num w:numId="5" w16cid:durableId="2083093778">
    <w:abstractNumId w:val="7"/>
  </w:num>
  <w:num w:numId="6" w16cid:durableId="781875895">
    <w:abstractNumId w:val="3"/>
  </w:num>
  <w:num w:numId="7" w16cid:durableId="2130511476">
    <w:abstractNumId w:val="2"/>
  </w:num>
  <w:num w:numId="8" w16cid:durableId="1122501319">
    <w:abstractNumId w:val="1"/>
  </w:num>
  <w:num w:numId="9" w16cid:durableId="580800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098F"/>
    <w:rsid w:val="001001D4"/>
    <w:rsid w:val="0015074B"/>
    <w:rsid w:val="0029639D"/>
    <w:rsid w:val="003150F5"/>
    <w:rsid w:val="00326F90"/>
    <w:rsid w:val="004958C9"/>
    <w:rsid w:val="00574BAB"/>
    <w:rsid w:val="00757AF0"/>
    <w:rsid w:val="007B67A0"/>
    <w:rsid w:val="00A2330A"/>
    <w:rsid w:val="00AA1D8D"/>
    <w:rsid w:val="00B47730"/>
    <w:rsid w:val="00CB0664"/>
    <w:rsid w:val="00F33B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118BBBD4"/>
  <w14:defaultImageDpi w14:val="300"/>
  <w15:docId w15:val="{46FC1803-5019-40F9-804D-F5DA0276D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ゴシック" w:eastAsia="游ゴシック" w:hAnsi="游ゴシック"/>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305</Words>
  <Characters>1745</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4</cp:revision>
  <cp:lastPrinted>2026-06-08T02:41:00Z</cp:lastPrinted>
  <dcterms:created xsi:type="dcterms:W3CDTF">2013-12-23T23:15:00Z</dcterms:created>
  <dcterms:modified xsi:type="dcterms:W3CDTF">2026-06-08T02:41:00Z</dcterms:modified>
  <cp:category/>
</cp:coreProperties>
</file>