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0B0DA" w14:textId="77777777" w:rsidR="006D116D" w:rsidRPr="006B4FC5" w:rsidRDefault="00460ECC">
      <w:pPr>
        <w:spacing w:after="0" w:line="240" w:lineRule="auto"/>
        <w:jc w:val="center"/>
        <w:rPr>
          <w:rFonts w:ascii="ＭＳ 明朝" w:eastAsia="ＭＳ 明朝" w:hAnsi="ＭＳ 明朝"/>
          <w:sz w:val="24"/>
          <w:szCs w:val="24"/>
          <w:lang w:eastAsia="ja-JP"/>
        </w:rPr>
      </w:pPr>
      <w:r w:rsidRPr="006B4FC5">
        <w:rPr>
          <w:rFonts w:ascii="ＭＳ 明朝" w:eastAsia="ＭＳ 明朝" w:hAnsi="ＭＳ 明朝"/>
          <w:b/>
          <w:sz w:val="24"/>
          <w:szCs w:val="24"/>
          <w:lang w:eastAsia="ja-JP"/>
        </w:rPr>
        <w:t>生活支援ボランティア　相談・利用希望連絡票</w:t>
      </w:r>
    </w:p>
    <w:p w14:paraId="4E31C7C1" w14:textId="77777777" w:rsidR="006B4FC5" w:rsidRDefault="00460ECC" w:rsidP="006B4FC5">
      <w:pPr>
        <w:spacing w:after="0" w:line="240" w:lineRule="auto"/>
        <w:rPr>
          <w:rFonts w:ascii="ＭＳ 明朝" w:eastAsia="ＭＳ 明朝" w:hAnsi="ＭＳ 明朝"/>
          <w:lang w:eastAsia="ja-JP"/>
        </w:rPr>
      </w:pPr>
      <w:r w:rsidRPr="006B4FC5">
        <w:rPr>
          <w:rFonts w:ascii="ＭＳ 明朝" w:eastAsia="ＭＳ 明朝" w:hAnsi="ＭＳ 明朝"/>
          <w:lang w:eastAsia="ja-JP"/>
        </w:rPr>
        <w:t>ケアマネジャー・ご家族・地域の方・ご本人などが、分かる範囲でご記入ください。</w:t>
      </w:r>
    </w:p>
    <w:p w14:paraId="4EDD6466" w14:textId="11463A28" w:rsidR="006D116D" w:rsidRPr="006B4FC5" w:rsidRDefault="00460ECC" w:rsidP="006B4FC5">
      <w:pPr>
        <w:spacing w:after="0" w:line="240" w:lineRule="auto"/>
        <w:rPr>
          <w:rFonts w:ascii="ＭＳ 明朝" w:eastAsia="ＭＳ 明朝" w:hAnsi="ＭＳ 明朝"/>
          <w:lang w:eastAsia="ja-JP"/>
        </w:rPr>
      </w:pPr>
      <w:r w:rsidRPr="006B4FC5">
        <w:rPr>
          <w:rFonts w:ascii="ＭＳ 明朝" w:eastAsia="ＭＳ 明朝" w:hAnsi="ＭＳ 明朝"/>
          <w:lang w:eastAsia="ja-JP"/>
        </w:rPr>
        <w:t>内容確認後、社協よりご連絡します。</w:t>
      </w:r>
    </w:p>
    <w:tbl>
      <w:tblPr>
        <w:tblW w:w="10997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782"/>
        <w:gridCol w:w="2185"/>
        <w:gridCol w:w="3767"/>
      </w:tblGrid>
      <w:tr w:rsidR="006D116D" w:rsidRPr="006B4FC5" w14:paraId="1EC44237" w14:textId="77777777" w:rsidTr="00460ECC">
        <w:trPr>
          <w:trHeight w:val="351"/>
          <w:jc w:val="center"/>
        </w:trPr>
        <w:tc>
          <w:tcPr>
            <w:tcW w:w="10997" w:type="dxa"/>
            <w:gridSpan w:val="4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6188A7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r w:rsidRPr="006B4FC5">
              <w:rPr>
                <w:rFonts w:ascii="ＭＳ 明朝" w:eastAsia="ＭＳ 明朝" w:hAnsi="ＭＳ 明朝"/>
                <w:b/>
              </w:rPr>
              <w:t xml:space="preserve">1　</w:t>
            </w:r>
            <w:proofErr w:type="spellStart"/>
            <w:r w:rsidRPr="006B4FC5">
              <w:rPr>
                <w:rFonts w:ascii="ＭＳ 明朝" w:eastAsia="ＭＳ 明朝" w:hAnsi="ＭＳ 明朝"/>
                <w:b/>
              </w:rPr>
              <w:t>記入された方</w:t>
            </w:r>
            <w:proofErr w:type="spellEnd"/>
          </w:p>
        </w:tc>
      </w:tr>
      <w:tr w:rsidR="006D116D" w:rsidRPr="006B4FC5" w14:paraId="07209938" w14:textId="77777777" w:rsidTr="001E57D6">
        <w:trPr>
          <w:trHeight w:val="680"/>
          <w:jc w:val="center"/>
        </w:trPr>
        <w:tc>
          <w:tcPr>
            <w:tcW w:w="226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6B070D" w14:textId="77777777" w:rsidR="006B4FC5" w:rsidRDefault="00460ECC" w:rsidP="006B4FC5">
            <w:pPr>
              <w:spacing w:after="0" w:line="240" w:lineRule="auto"/>
              <w:ind w:left="880" w:hangingChars="400" w:hanging="880"/>
              <w:rPr>
                <w:rFonts w:ascii="ＭＳ 明朝" w:eastAsia="ＭＳ 明朝" w:hAnsi="ＭＳ 明朝"/>
                <w:lang w:eastAsia="ja-JP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記入日</w:t>
            </w:r>
            <w:proofErr w:type="spellEnd"/>
            <w:r w:rsidRPr="006B4FC5">
              <w:rPr>
                <w:rFonts w:ascii="ＭＳ 明朝" w:eastAsia="ＭＳ 明朝" w:hAnsi="ＭＳ 明朝"/>
              </w:rPr>
              <w:t xml:space="preserve">：　　　</w:t>
            </w:r>
          </w:p>
          <w:p w14:paraId="6A2CFFC2" w14:textId="39CB0AAB" w:rsidR="006D116D" w:rsidRPr="006B4FC5" w:rsidRDefault="00460ECC" w:rsidP="001E57D6">
            <w:pPr>
              <w:spacing w:after="0" w:line="240" w:lineRule="auto"/>
              <w:ind w:firstLineChars="200" w:firstLine="440"/>
              <w:rPr>
                <w:rFonts w:ascii="ＭＳ 明朝" w:eastAsia="ＭＳ 明朝" w:hAnsi="ＭＳ 明朝"/>
              </w:rPr>
            </w:pPr>
            <w:r w:rsidRPr="006B4FC5">
              <w:rPr>
                <w:rFonts w:ascii="ＭＳ 明朝" w:eastAsia="ＭＳ 明朝" w:hAnsi="ＭＳ 明朝"/>
              </w:rPr>
              <w:t>年</w:t>
            </w:r>
            <w:r w:rsidR="006B4FC5">
              <w:rPr>
                <w:rFonts w:ascii="ＭＳ 明朝" w:eastAsia="ＭＳ 明朝" w:hAnsi="ＭＳ 明朝" w:hint="eastAsia"/>
                <w:lang w:eastAsia="ja-JP"/>
              </w:rPr>
              <w:t xml:space="preserve">　</w:t>
            </w:r>
            <w:r w:rsidRPr="006B4FC5">
              <w:rPr>
                <w:rFonts w:ascii="ＭＳ 明朝" w:eastAsia="ＭＳ 明朝" w:hAnsi="ＭＳ 明朝"/>
              </w:rPr>
              <w:t xml:space="preserve">　月</w:t>
            </w:r>
            <w:r w:rsidR="006B4FC5">
              <w:rPr>
                <w:rFonts w:ascii="ＭＳ 明朝" w:eastAsia="ＭＳ 明朝" w:hAnsi="ＭＳ 明朝" w:hint="eastAsia"/>
                <w:lang w:eastAsia="ja-JP"/>
              </w:rPr>
              <w:t xml:space="preserve">　</w:t>
            </w:r>
            <w:r w:rsidRPr="006B4FC5">
              <w:rPr>
                <w:rFonts w:ascii="ＭＳ 明朝" w:eastAsia="ＭＳ 明朝" w:hAnsi="ＭＳ 明朝"/>
              </w:rPr>
              <w:t xml:space="preserve">　日</w:t>
            </w:r>
          </w:p>
        </w:tc>
        <w:tc>
          <w:tcPr>
            <w:tcW w:w="27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5CB621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氏名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218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C3E51C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所属・続柄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37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EF0091" w14:textId="77777777" w:rsid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 xml:space="preserve">□ケアマネ　□家族　□本人　</w:t>
            </w:r>
          </w:p>
          <w:p w14:paraId="0C3923D7" w14:textId="3D6507F4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>□地域</w:t>
            </w:r>
            <w:r w:rsidRPr="006B4FC5">
              <w:rPr>
                <w:rFonts w:ascii="ＭＳ 明朝" w:eastAsia="ＭＳ 明朝" w:hAnsi="ＭＳ 明朝"/>
                <w:lang w:eastAsia="ja-JP"/>
              </w:rPr>
              <w:br/>
              <w:t>□その他（　　　　　　　）</w:t>
            </w:r>
          </w:p>
        </w:tc>
      </w:tr>
      <w:tr w:rsidR="006D116D" w:rsidRPr="006B4FC5" w14:paraId="5960A72A" w14:textId="77777777" w:rsidTr="00460ECC">
        <w:trPr>
          <w:trHeight w:val="397"/>
          <w:jc w:val="center"/>
        </w:trPr>
        <w:tc>
          <w:tcPr>
            <w:tcW w:w="504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A2AFF8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事業所名等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595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458087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電話番号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</w:tr>
      <w:tr w:rsidR="006D116D" w:rsidRPr="006B4FC5" w14:paraId="6A4F39A4" w14:textId="77777777" w:rsidTr="00460ECC">
        <w:trPr>
          <w:trHeight w:val="397"/>
          <w:jc w:val="center"/>
        </w:trPr>
        <w:tc>
          <w:tcPr>
            <w:tcW w:w="10997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F9D437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>連絡のつきやすい時間帯：</w:t>
            </w:r>
          </w:p>
        </w:tc>
      </w:tr>
      <w:tr w:rsidR="006D116D" w:rsidRPr="006B4FC5" w14:paraId="02A4EF1E" w14:textId="77777777" w:rsidTr="00460ECC">
        <w:trPr>
          <w:trHeight w:val="351"/>
          <w:jc w:val="center"/>
        </w:trPr>
        <w:tc>
          <w:tcPr>
            <w:tcW w:w="10997" w:type="dxa"/>
            <w:gridSpan w:val="4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632590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b/>
                <w:lang w:eastAsia="ja-JP"/>
              </w:rPr>
              <w:t>2　利用を希望される方</w:t>
            </w:r>
          </w:p>
        </w:tc>
      </w:tr>
      <w:tr w:rsidR="006D116D" w:rsidRPr="006B4FC5" w14:paraId="315FE18C" w14:textId="77777777" w:rsidTr="00460ECC">
        <w:trPr>
          <w:trHeight w:val="397"/>
          <w:jc w:val="center"/>
        </w:trPr>
        <w:tc>
          <w:tcPr>
            <w:tcW w:w="504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75F14C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氏名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595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B6A836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電話番号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</w:tr>
      <w:tr w:rsidR="006D116D" w:rsidRPr="006B4FC5" w14:paraId="651F665C" w14:textId="77777777" w:rsidTr="00460ECC">
        <w:trPr>
          <w:trHeight w:val="454"/>
          <w:jc w:val="center"/>
        </w:trPr>
        <w:tc>
          <w:tcPr>
            <w:tcW w:w="10997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5C7C75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住所</w:t>
            </w:r>
            <w:proofErr w:type="spellEnd"/>
            <w:r w:rsidRPr="006B4FC5">
              <w:rPr>
                <w:rFonts w:ascii="ＭＳ 明朝" w:eastAsia="ＭＳ 明朝" w:hAnsi="ＭＳ 明朝"/>
              </w:rPr>
              <w:t>：〒</w:t>
            </w:r>
          </w:p>
        </w:tc>
      </w:tr>
      <w:tr w:rsidR="006D116D" w:rsidRPr="006B4FC5" w14:paraId="086AFAAD" w14:textId="77777777" w:rsidTr="00460ECC">
        <w:trPr>
          <w:trHeight w:val="567"/>
          <w:jc w:val="center"/>
        </w:trPr>
        <w:tc>
          <w:tcPr>
            <w:tcW w:w="504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A6D575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生年月日</w:t>
            </w:r>
            <w:proofErr w:type="spellEnd"/>
            <w:r w:rsidRPr="006B4FC5">
              <w:rPr>
                <w:rFonts w:ascii="ＭＳ 明朝" w:eastAsia="ＭＳ 明朝" w:hAnsi="ＭＳ 明朝"/>
              </w:rPr>
              <w:t>：　　　年　　　月　　　日</w:t>
            </w:r>
          </w:p>
        </w:tc>
        <w:tc>
          <w:tcPr>
            <w:tcW w:w="595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578A8D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>世帯：□ひとり暮らし　□高齢者世帯</w:t>
            </w:r>
            <w:r w:rsidRPr="006B4FC5">
              <w:rPr>
                <w:rFonts w:ascii="ＭＳ 明朝" w:eastAsia="ＭＳ 明朝" w:hAnsi="ＭＳ 明朝"/>
                <w:lang w:eastAsia="ja-JP"/>
              </w:rPr>
              <w:br/>
              <w:t xml:space="preserve">　　　□家族同居　□その他</w:t>
            </w:r>
          </w:p>
        </w:tc>
      </w:tr>
      <w:tr w:rsidR="006D116D" w:rsidRPr="006B4FC5" w14:paraId="4ECC8EC5" w14:textId="77777777" w:rsidTr="00460ECC">
        <w:trPr>
          <w:trHeight w:val="351"/>
          <w:jc w:val="center"/>
        </w:trPr>
        <w:tc>
          <w:tcPr>
            <w:tcW w:w="10997" w:type="dxa"/>
            <w:gridSpan w:val="4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1F675A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b/>
                <w:lang w:eastAsia="ja-JP"/>
              </w:rPr>
              <w:t>3　相談・依頼したい内容</w:t>
            </w:r>
          </w:p>
        </w:tc>
      </w:tr>
      <w:tr w:rsidR="006D116D" w:rsidRPr="006B4FC5" w14:paraId="4CD639D6" w14:textId="77777777" w:rsidTr="001E57D6">
        <w:trPr>
          <w:trHeight w:val="624"/>
          <w:jc w:val="center"/>
        </w:trPr>
        <w:tc>
          <w:tcPr>
            <w:tcW w:w="226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8DFE10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希望内容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8734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58698E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>□買い物　□ゴミ出し　□掃除　□草取り　□話し相手　□簡単な片付け</w:t>
            </w:r>
            <w:r w:rsidRPr="006B4FC5">
              <w:rPr>
                <w:rFonts w:ascii="ＭＳ 明朝" w:eastAsia="ＭＳ 明朝" w:hAnsi="ＭＳ 明朝"/>
                <w:lang w:eastAsia="ja-JP"/>
              </w:rPr>
              <w:br/>
              <w:t>□その他（　　　　　　　　　　　　）</w:t>
            </w:r>
          </w:p>
        </w:tc>
      </w:tr>
      <w:tr w:rsidR="006D116D" w:rsidRPr="006B4FC5" w14:paraId="3B2421AA" w14:textId="77777777" w:rsidTr="001E57D6">
        <w:trPr>
          <w:trHeight w:val="866"/>
          <w:jc w:val="center"/>
        </w:trPr>
        <w:tc>
          <w:tcPr>
            <w:tcW w:w="226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75AAFF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具体的な内容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8734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2DD3D3" w14:textId="77777777" w:rsidR="006D116D" w:rsidRPr="006B4FC5" w:rsidRDefault="006D116D">
            <w:pPr>
              <w:spacing w:after="0" w:line="240" w:lineRule="auto"/>
              <w:rPr>
                <w:rFonts w:ascii="ＭＳ 明朝" w:eastAsia="ＭＳ 明朝" w:hAnsi="ＭＳ 明朝"/>
              </w:rPr>
            </w:pPr>
          </w:p>
        </w:tc>
      </w:tr>
      <w:tr w:rsidR="006D116D" w:rsidRPr="006B4FC5" w14:paraId="636D4BA2" w14:textId="77777777" w:rsidTr="00460ECC">
        <w:trPr>
          <w:trHeight w:val="351"/>
          <w:jc w:val="center"/>
        </w:trPr>
        <w:tc>
          <w:tcPr>
            <w:tcW w:w="10997" w:type="dxa"/>
            <w:gridSpan w:val="4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2C52B1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b/>
                <w:lang w:eastAsia="ja-JP"/>
              </w:rPr>
              <w:t>4　希望日時・活動場所</w:t>
            </w:r>
          </w:p>
        </w:tc>
      </w:tr>
      <w:tr w:rsidR="006D116D" w:rsidRPr="006B4FC5" w14:paraId="1AB40CE0" w14:textId="77777777" w:rsidTr="00460ECC">
        <w:trPr>
          <w:trHeight w:val="454"/>
          <w:jc w:val="center"/>
        </w:trPr>
        <w:tc>
          <w:tcPr>
            <w:tcW w:w="504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FB5F17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希望日・曜日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595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07BDC02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希望時間帯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</w:tr>
      <w:tr w:rsidR="006D116D" w:rsidRPr="006B4FC5" w14:paraId="44E5C45A" w14:textId="77777777" w:rsidTr="001E57D6">
        <w:trPr>
          <w:trHeight w:val="737"/>
          <w:jc w:val="center"/>
        </w:trPr>
        <w:tc>
          <w:tcPr>
            <w:tcW w:w="226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5EA02E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頻度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27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EDBA4E" w14:textId="77777777" w:rsidR="001E57D6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 xml:space="preserve">□今回のみ　□週1　</w:t>
            </w:r>
          </w:p>
          <w:p w14:paraId="3133BE08" w14:textId="1674264B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>□月1</w:t>
            </w:r>
            <w:r w:rsidRPr="006B4FC5">
              <w:rPr>
                <w:rFonts w:ascii="ＭＳ 明朝" w:eastAsia="ＭＳ 明朝" w:hAnsi="ＭＳ 明朝"/>
                <w:lang w:eastAsia="ja-JP"/>
              </w:rPr>
              <w:br/>
              <w:t>□その他（　　　）</w:t>
            </w:r>
          </w:p>
        </w:tc>
        <w:tc>
          <w:tcPr>
            <w:tcW w:w="218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0E1106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活動場所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37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AFDE09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>□自宅内　□自宅周辺　□店舗等</w:t>
            </w:r>
            <w:r w:rsidRPr="006B4FC5">
              <w:rPr>
                <w:rFonts w:ascii="ＭＳ 明朝" w:eastAsia="ＭＳ 明朝" w:hAnsi="ＭＳ 明朝"/>
                <w:lang w:eastAsia="ja-JP"/>
              </w:rPr>
              <w:br/>
              <w:t>□その他（　　　）</w:t>
            </w:r>
          </w:p>
        </w:tc>
      </w:tr>
      <w:tr w:rsidR="006D116D" w:rsidRPr="006B4FC5" w14:paraId="47F81EFE" w14:textId="77777777" w:rsidTr="001E57D6">
        <w:trPr>
          <w:trHeight w:val="510"/>
          <w:jc w:val="center"/>
        </w:trPr>
        <w:tc>
          <w:tcPr>
            <w:tcW w:w="226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AA9CAB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駐車場所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27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491C25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>□あり　□なし　□要確認</w:t>
            </w:r>
          </w:p>
        </w:tc>
        <w:tc>
          <w:tcPr>
            <w:tcW w:w="218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C990FA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ペット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37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625D79" w14:textId="77777777" w:rsid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 xml:space="preserve">□なし　</w:t>
            </w:r>
          </w:p>
          <w:p w14:paraId="7FCBC958" w14:textId="325C136F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>□あり（種類：　　　　　　）</w:t>
            </w:r>
          </w:p>
        </w:tc>
      </w:tr>
      <w:tr w:rsidR="006D116D" w:rsidRPr="006B4FC5" w14:paraId="28DE5355" w14:textId="77777777" w:rsidTr="001E57D6">
        <w:trPr>
          <w:trHeight w:val="680"/>
          <w:jc w:val="center"/>
        </w:trPr>
        <w:tc>
          <w:tcPr>
            <w:tcW w:w="226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C9D104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>事前に伝えたいこと：</w:t>
            </w:r>
          </w:p>
        </w:tc>
        <w:tc>
          <w:tcPr>
            <w:tcW w:w="8734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6438A8" w14:textId="77777777" w:rsidR="006D116D" w:rsidRPr="006B4FC5" w:rsidRDefault="006D116D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</w:p>
        </w:tc>
      </w:tr>
      <w:tr w:rsidR="006D116D" w:rsidRPr="006B4FC5" w14:paraId="657CF9CD" w14:textId="77777777" w:rsidTr="00460ECC">
        <w:trPr>
          <w:trHeight w:val="351"/>
          <w:jc w:val="center"/>
        </w:trPr>
        <w:tc>
          <w:tcPr>
            <w:tcW w:w="10997" w:type="dxa"/>
            <w:gridSpan w:val="4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2FB699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b/>
                <w:lang w:eastAsia="ja-JP"/>
              </w:rPr>
              <w:t>5　利用される方の状況</w:t>
            </w:r>
          </w:p>
        </w:tc>
      </w:tr>
      <w:tr w:rsidR="006D116D" w:rsidRPr="006B4FC5" w14:paraId="592797E9" w14:textId="77777777" w:rsidTr="001E57D6">
        <w:trPr>
          <w:trHeight w:val="890"/>
          <w:jc w:val="center"/>
        </w:trPr>
        <w:tc>
          <w:tcPr>
            <w:tcW w:w="226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880ECF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歩行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27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ACCCCE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>□自立　□杖　□歩行器</w:t>
            </w:r>
            <w:r w:rsidRPr="006B4FC5">
              <w:rPr>
                <w:rFonts w:ascii="ＭＳ 明朝" w:eastAsia="ＭＳ 明朝" w:hAnsi="ＭＳ 明朝"/>
                <w:lang w:eastAsia="ja-JP"/>
              </w:rPr>
              <w:br/>
              <w:t>□車イス　□その他</w:t>
            </w:r>
          </w:p>
        </w:tc>
        <w:tc>
          <w:tcPr>
            <w:tcW w:w="218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39B7C0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>認知面で気になること：</w:t>
            </w:r>
          </w:p>
        </w:tc>
        <w:tc>
          <w:tcPr>
            <w:tcW w:w="376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4B3470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>□なし　□あり　□不明</w:t>
            </w:r>
          </w:p>
        </w:tc>
      </w:tr>
      <w:tr w:rsidR="006D116D" w:rsidRPr="006B4FC5" w14:paraId="277A0348" w14:textId="77777777" w:rsidTr="001E57D6">
        <w:trPr>
          <w:trHeight w:val="737"/>
          <w:jc w:val="center"/>
        </w:trPr>
        <w:tc>
          <w:tcPr>
            <w:tcW w:w="226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FB9CB6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体調面・配慮事項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8734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B7CE80" w14:textId="77777777" w:rsidR="006D116D" w:rsidRPr="006B4FC5" w:rsidRDefault="006D116D">
            <w:pPr>
              <w:spacing w:after="0" w:line="240" w:lineRule="auto"/>
              <w:rPr>
                <w:rFonts w:ascii="ＭＳ 明朝" w:eastAsia="ＭＳ 明朝" w:hAnsi="ＭＳ 明朝"/>
              </w:rPr>
            </w:pPr>
          </w:p>
        </w:tc>
      </w:tr>
      <w:tr w:rsidR="006D116D" w:rsidRPr="006B4FC5" w14:paraId="00EDFF44" w14:textId="77777777" w:rsidTr="001E57D6">
        <w:trPr>
          <w:trHeight w:val="454"/>
          <w:jc w:val="center"/>
        </w:trPr>
        <w:tc>
          <w:tcPr>
            <w:tcW w:w="226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DCA186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緊急連絡先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8734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2D4648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氏名</w:t>
            </w:r>
            <w:proofErr w:type="spellEnd"/>
            <w:r w:rsidRPr="006B4FC5">
              <w:rPr>
                <w:rFonts w:ascii="ＭＳ 明朝" w:eastAsia="ＭＳ 明朝" w:hAnsi="ＭＳ 明朝"/>
              </w:rPr>
              <w:t xml:space="preserve">：　　　　　　　　</w:t>
            </w:r>
            <w:proofErr w:type="spellStart"/>
            <w:r w:rsidRPr="006B4FC5">
              <w:rPr>
                <w:rFonts w:ascii="ＭＳ 明朝" w:eastAsia="ＭＳ 明朝" w:hAnsi="ＭＳ 明朝"/>
              </w:rPr>
              <w:t>続柄</w:t>
            </w:r>
            <w:proofErr w:type="spellEnd"/>
            <w:r w:rsidRPr="006B4FC5">
              <w:rPr>
                <w:rFonts w:ascii="ＭＳ 明朝" w:eastAsia="ＭＳ 明朝" w:hAnsi="ＭＳ 明朝"/>
              </w:rPr>
              <w:t xml:space="preserve">：　　　　</w:t>
            </w:r>
            <w:proofErr w:type="spellStart"/>
            <w:r w:rsidRPr="006B4FC5">
              <w:rPr>
                <w:rFonts w:ascii="ＭＳ 明朝" w:eastAsia="ＭＳ 明朝" w:hAnsi="ＭＳ 明朝"/>
              </w:rPr>
              <w:t>電話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</w:tr>
      <w:tr w:rsidR="006D116D" w:rsidRPr="006B4FC5" w14:paraId="0B87886D" w14:textId="77777777" w:rsidTr="00460ECC">
        <w:trPr>
          <w:trHeight w:val="351"/>
          <w:jc w:val="center"/>
        </w:trPr>
        <w:tc>
          <w:tcPr>
            <w:tcW w:w="10997" w:type="dxa"/>
            <w:gridSpan w:val="4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6695A4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r w:rsidRPr="006B4FC5">
              <w:rPr>
                <w:rFonts w:ascii="ＭＳ 明朝" w:eastAsia="ＭＳ 明朝" w:hAnsi="ＭＳ 明朝"/>
                <w:b/>
              </w:rPr>
              <w:t xml:space="preserve">6　</w:t>
            </w:r>
            <w:proofErr w:type="spellStart"/>
            <w:r w:rsidRPr="006B4FC5">
              <w:rPr>
                <w:rFonts w:ascii="ＭＳ 明朝" w:eastAsia="ＭＳ 明朝" w:hAnsi="ＭＳ 明朝"/>
                <w:b/>
              </w:rPr>
              <w:t>確認事項</w:t>
            </w:r>
            <w:proofErr w:type="spellEnd"/>
          </w:p>
        </w:tc>
      </w:tr>
      <w:tr w:rsidR="006D116D" w:rsidRPr="006B4FC5" w14:paraId="3D83D4BE" w14:textId="77777777" w:rsidTr="001E57D6">
        <w:trPr>
          <w:trHeight w:val="1077"/>
          <w:jc w:val="center"/>
        </w:trPr>
        <w:tc>
          <w:tcPr>
            <w:tcW w:w="226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89865A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確認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8734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F412D8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>□本人または家族に相談について了承を得ている</w:t>
            </w:r>
            <w:r w:rsidRPr="006B4FC5">
              <w:rPr>
                <w:rFonts w:ascii="ＭＳ 明朝" w:eastAsia="ＭＳ 明朝" w:hAnsi="ＭＳ 明朝"/>
                <w:lang w:eastAsia="ja-JP"/>
              </w:rPr>
              <w:br/>
              <w:t>□社協から本人または記入者へ連絡することを了承している</w:t>
            </w:r>
            <w:r w:rsidRPr="006B4FC5">
              <w:rPr>
                <w:rFonts w:ascii="ＭＳ 明朝" w:eastAsia="ＭＳ 明朝" w:hAnsi="ＭＳ 明朝"/>
                <w:lang w:eastAsia="ja-JP"/>
              </w:rPr>
              <w:br/>
              <w:t>□支援調整に必要な範囲で情報を使用することを了承している</w:t>
            </w:r>
            <w:r w:rsidRPr="006B4FC5">
              <w:rPr>
                <w:rFonts w:ascii="ＭＳ 明朝" w:eastAsia="ＭＳ 明朝" w:hAnsi="ＭＳ 明朝"/>
                <w:lang w:eastAsia="ja-JP"/>
              </w:rPr>
              <w:br/>
              <w:t>□専門的な支援や危険を伴う作業は対象外であることを確認した</w:t>
            </w:r>
            <w:r w:rsidRPr="006B4FC5">
              <w:rPr>
                <w:rFonts w:ascii="ＭＳ 明朝" w:eastAsia="ＭＳ 明朝" w:hAnsi="ＭＳ 明朝"/>
                <w:lang w:eastAsia="ja-JP"/>
              </w:rPr>
              <w:br/>
              <w:t>□ボランティアの人数や都合により、希望に添えない場合があることを確認した</w:t>
            </w:r>
          </w:p>
        </w:tc>
      </w:tr>
      <w:tr w:rsidR="006D116D" w:rsidRPr="006B4FC5" w14:paraId="7FFFD105" w14:textId="77777777" w:rsidTr="001E57D6">
        <w:trPr>
          <w:trHeight w:val="650"/>
          <w:jc w:val="center"/>
        </w:trPr>
        <w:tc>
          <w:tcPr>
            <w:tcW w:w="226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854290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備考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8734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573101" w14:textId="77777777" w:rsidR="006D116D" w:rsidRPr="006B4FC5" w:rsidRDefault="006D116D">
            <w:pPr>
              <w:spacing w:after="0" w:line="240" w:lineRule="auto"/>
              <w:rPr>
                <w:rFonts w:ascii="ＭＳ 明朝" w:eastAsia="ＭＳ 明朝" w:hAnsi="ＭＳ 明朝"/>
              </w:rPr>
            </w:pPr>
          </w:p>
        </w:tc>
      </w:tr>
    </w:tbl>
    <w:p w14:paraId="688FB7D3" w14:textId="7D068F0A" w:rsidR="006D116D" w:rsidRPr="001E57D6" w:rsidRDefault="00460ECC" w:rsidP="006B4FC5">
      <w:pPr>
        <w:rPr>
          <w:rFonts w:ascii="ＭＳ 明朝" w:eastAsia="ＭＳ 明朝" w:hAnsi="ＭＳ 明朝" w:hint="eastAsia"/>
          <w:b/>
          <w:lang w:eastAsia="ja-JP"/>
        </w:rPr>
      </w:pPr>
      <w:r w:rsidRPr="006B4FC5">
        <w:rPr>
          <w:rFonts w:ascii="ＭＳ 明朝" w:eastAsia="ＭＳ 明朝" w:hAnsi="ＭＳ 明朝"/>
          <w:lang w:eastAsia="ja-JP"/>
        </w:rPr>
        <w:br w:type="page"/>
      </w:r>
      <w:r w:rsidRPr="006B4FC5">
        <w:rPr>
          <w:rFonts w:ascii="ＭＳ 明朝" w:eastAsia="ＭＳ 明朝" w:hAnsi="ＭＳ 明朝"/>
          <w:b/>
          <w:lang w:eastAsia="ja-JP"/>
        </w:rPr>
        <w:lastRenderedPageBreak/>
        <w:t>生活支援ボランティア　相談・利用希望連絡票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49"/>
        <w:gridCol w:w="2749"/>
        <w:gridCol w:w="5498"/>
      </w:tblGrid>
      <w:tr w:rsidR="006D116D" w:rsidRPr="006B4FC5" w14:paraId="54E2C293" w14:textId="77777777">
        <w:trPr>
          <w:trHeight w:val="351"/>
          <w:jc w:val="center"/>
        </w:trPr>
        <w:tc>
          <w:tcPr>
            <w:tcW w:w="10996" w:type="dxa"/>
            <w:gridSpan w:val="3"/>
            <w:shd w:val="clear" w:color="auto" w:fill="D9D9D9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C8C13DC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r w:rsidRPr="006B4FC5">
              <w:rPr>
                <w:rFonts w:ascii="ＭＳ 明朝" w:eastAsia="ＭＳ 明朝" w:hAnsi="ＭＳ 明朝"/>
                <w:b/>
              </w:rPr>
              <w:t xml:space="preserve">7　</w:t>
            </w:r>
            <w:proofErr w:type="spellStart"/>
            <w:r w:rsidRPr="006B4FC5">
              <w:rPr>
                <w:rFonts w:ascii="ＭＳ 明朝" w:eastAsia="ＭＳ 明朝" w:hAnsi="ＭＳ 明朝"/>
                <w:b/>
              </w:rPr>
              <w:t>社会福祉協議会記入欄</w:t>
            </w:r>
            <w:proofErr w:type="spellEnd"/>
          </w:p>
        </w:tc>
      </w:tr>
      <w:tr w:rsidR="006D116D" w:rsidRPr="006B4FC5" w14:paraId="0815C73B" w14:textId="77777777">
        <w:trPr>
          <w:trHeight w:val="1134"/>
          <w:jc w:val="center"/>
        </w:trPr>
        <w:tc>
          <w:tcPr>
            <w:tcW w:w="2749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A0EC6BA" w14:textId="77777777" w:rsidR="001E57D6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受付日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  <w:p w14:paraId="1A4F71B9" w14:textId="3365237A" w:rsidR="006D116D" w:rsidRPr="006B4FC5" w:rsidRDefault="00460ECC" w:rsidP="001E57D6">
            <w:pPr>
              <w:spacing w:after="0" w:line="240" w:lineRule="auto"/>
              <w:ind w:firstLineChars="300" w:firstLine="660"/>
              <w:rPr>
                <w:rFonts w:ascii="ＭＳ 明朝" w:eastAsia="ＭＳ 明朝" w:hAnsi="ＭＳ 明朝"/>
              </w:rPr>
            </w:pPr>
            <w:r w:rsidRPr="006B4FC5">
              <w:rPr>
                <w:rFonts w:ascii="ＭＳ 明朝" w:eastAsia="ＭＳ 明朝" w:hAnsi="ＭＳ 明朝"/>
              </w:rPr>
              <w:t>年　　　月　　　日</w:t>
            </w:r>
          </w:p>
        </w:tc>
        <w:tc>
          <w:tcPr>
            <w:tcW w:w="2749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4CA8465" w14:textId="77777777" w:rsidR="006D116D" w:rsidRPr="006B4FC5" w:rsidRDefault="00460ECC">
            <w:pPr>
              <w:spacing w:after="0"/>
              <w:rPr>
                <w:rFonts w:ascii="ＭＳ 明朝" w:eastAsia="ＭＳ 明朝" w:hAnsi="ＭＳ 明朝"/>
              </w:rPr>
            </w:pPr>
            <w:r w:rsidRPr="006B4FC5">
              <w:rPr>
                <w:rFonts w:ascii="ＭＳ 明朝" w:eastAsia="ＭＳ 明朝" w:hAnsi="ＭＳ 明朝"/>
              </w:rPr>
              <w:t>受付者氏名：</w:t>
            </w:r>
          </w:p>
          <w:p w14:paraId="18460DC1" w14:textId="77777777" w:rsidR="006D116D" w:rsidRPr="006B4FC5" w:rsidRDefault="006D116D">
            <w:pPr>
              <w:spacing w:after="0"/>
              <w:rPr>
                <w:rFonts w:ascii="ＭＳ 明朝" w:eastAsia="ＭＳ 明朝" w:hAnsi="ＭＳ 明朝"/>
              </w:rPr>
            </w:pPr>
          </w:p>
          <w:p w14:paraId="528A70B7" w14:textId="77777777" w:rsidR="006D116D" w:rsidRPr="006B4FC5" w:rsidRDefault="00460ECC">
            <w:pPr>
              <w:spacing w:after="0"/>
              <w:rPr>
                <w:rFonts w:ascii="ＭＳ 明朝" w:eastAsia="ＭＳ 明朝" w:hAnsi="ＭＳ 明朝"/>
              </w:rPr>
            </w:pPr>
            <w:r w:rsidRPr="006B4FC5">
              <w:rPr>
                <w:rFonts w:ascii="ＭＳ 明朝" w:eastAsia="ＭＳ 明朝" w:hAnsi="ＭＳ 明朝"/>
              </w:rPr>
              <w:t>____________________</w:t>
            </w:r>
          </w:p>
        </w:tc>
        <w:tc>
          <w:tcPr>
            <w:tcW w:w="5498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41300E3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  <w:lang w:eastAsia="ja-JP"/>
              </w:rPr>
            </w:pPr>
            <w:r w:rsidRPr="006B4FC5">
              <w:rPr>
                <w:rFonts w:ascii="ＭＳ 明朝" w:eastAsia="ＭＳ 明朝" w:hAnsi="ＭＳ 明朝"/>
                <w:lang w:eastAsia="ja-JP"/>
              </w:rPr>
              <w:t>対応内容：□本人連絡　□記入者連絡　□訪問確認</w:t>
            </w:r>
            <w:r w:rsidRPr="006B4FC5">
              <w:rPr>
                <w:rFonts w:ascii="ＭＳ 明朝" w:eastAsia="ＭＳ 明朝" w:hAnsi="ＭＳ 明朝"/>
                <w:lang w:eastAsia="ja-JP"/>
              </w:rPr>
              <w:br/>
              <w:t xml:space="preserve">　　　　　□同意書説明　□ボランティア調整</w:t>
            </w:r>
            <w:r w:rsidRPr="006B4FC5">
              <w:rPr>
                <w:rFonts w:ascii="ＭＳ 明朝" w:eastAsia="ＭＳ 明朝" w:hAnsi="ＭＳ 明朝"/>
                <w:lang w:eastAsia="ja-JP"/>
              </w:rPr>
              <w:br/>
              <w:t xml:space="preserve">　　　　　□他機関　□対応不可</w:t>
            </w:r>
          </w:p>
        </w:tc>
      </w:tr>
      <w:tr w:rsidR="006D116D" w:rsidRPr="006B4FC5" w14:paraId="7EC104AB" w14:textId="77777777" w:rsidTr="00460ECC">
        <w:trPr>
          <w:trHeight w:val="2779"/>
          <w:jc w:val="center"/>
        </w:trPr>
        <w:tc>
          <w:tcPr>
            <w:tcW w:w="2749" w:type="dxa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688CFD7" w14:textId="77777777" w:rsidR="006D116D" w:rsidRPr="006B4FC5" w:rsidRDefault="00460ECC">
            <w:pPr>
              <w:spacing w:after="0" w:line="240" w:lineRule="auto"/>
              <w:rPr>
                <w:rFonts w:ascii="ＭＳ 明朝" w:eastAsia="ＭＳ 明朝" w:hAnsi="ＭＳ 明朝"/>
              </w:rPr>
            </w:pPr>
            <w:proofErr w:type="spellStart"/>
            <w:r w:rsidRPr="006B4FC5">
              <w:rPr>
                <w:rFonts w:ascii="ＭＳ 明朝" w:eastAsia="ＭＳ 明朝" w:hAnsi="ＭＳ 明朝"/>
              </w:rPr>
              <w:t>備考</w:t>
            </w:r>
            <w:proofErr w:type="spellEnd"/>
            <w:r w:rsidRPr="006B4FC5">
              <w:rPr>
                <w:rFonts w:ascii="ＭＳ 明朝" w:eastAsia="ＭＳ 明朝" w:hAnsi="ＭＳ 明朝"/>
              </w:rPr>
              <w:t>：</w:t>
            </w:r>
          </w:p>
        </w:tc>
        <w:tc>
          <w:tcPr>
            <w:tcW w:w="8247" w:type="dxa"/>
            <w:gridSpan w:val="2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99A47CC" w14:textId="77777777" w:rsidR="006D116D" w:rsidRPr="006B4FC5" w:rsidRDefault="006D116D">
            <w:pPr>
              <w:spacing w:after="0" w:line="240" w:lineRule="auto"/>
              <w:rPr>
                <w:rFonts w:ascii="ＭＳ 明朝" w:eastAsia="ＭＳ 明朝" w:hAnsi="ＭＳ 明朝"/>
              </w:rPr>
            </w:pPr>
          </w:p>
        </w:tc>
      </w:tr>
    </w:tbl>
    <w:p w14:paraId="4DDD10BA" w14:textId="77777777" w:rsidR="00460ECC" w:rsidRPr="006B4FC5" w:rsidRDefault="00460ECC">
      <w:pPr>
        <w:rPr>
          <w:rFonts w:ascii="ＭＳ 明朝" w:eastAsia="ＭＳ 明朝" w:hAnsi="ＭＳ 明朝"/>
        </w:rPr>
      </w:pPr>
    </w:p>
    <w:sectPr w:rsidR="00460ECC" w:rsidRPr="006B4FC5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878921">
    <w:abstractNumId w:val="8"/>
  </w:num>
  <w:num w:numId="2" w16cid:durableId="460809942">
    <w:abstractNumId w:val="6"/>
  </w:num>
  <w:num w:numId="3" w16cid:durableId="1709602304">
    <w:abstractNumId w:val="5"/>
  </w:num>
  <w:num w:numId="4" w16cid:durableId="451485338">
    <w:abstractNumId w:val="4"/>
  </w:num>
  <w:num w:numId="5" w16cid:durableId="1472475081">
    <w:abstractNumId w:val="7"/>
  </w:num>
  <w:num w:numId="6" w16cid:durableId="428280545">
    <w:abstractNumId w:val="3"/>
  </w:num>
  <w:num w:numId="7" w16cid:durableId="1067679564">
    <w:abstractNumId w:val="2"/>
  </w:num>
  <w:num w:numId="8" w16cid:durableId="572085860">
    <w:abstractNumId w:val="1"/>
  </w:num>
  <w:num w:numId="9" w16cid:durableId="1612471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57D6"/>
    <w:rsid w:val="002676A8"/>
    <w:rsid w:val="0029639D"/>
    <w:rsid w:val="00326F90"/>
    <w:rsid w:val="00460ECC"/>
    <w:rsid w:val="006B4FC5"/>
    <w:rsid w:val="006D116D"/>
    <w:rsid w:val="00AA1D8D"/>
    <w:rsid w:val="00B47730"/>
    <w:rsid w:val="00CB0664"/>
    <w:rsid w:val="00CF02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0339F3"/>
  <w14:defaultImageDpi w14:val="300"/>
  <w15:docId w15:val="{584DB1BF-89AF-4510-AA15-044AE66A6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生活支援ボランティア 相談・利用希望連絡票</dc:title>
  <dc:subject/>
  <dc:creator>user</dc:creator>
  <cp:keywords/>
  <dc:description/>
  <cp:lastModifiedBy>user</cp:lastModifiedBy>
  <cp:revision>4</cp:revision>
  <cp:lastPrinted>2026-07-02T04:39:00Z</cp:lastPrinted>
  <dcterms:created xsi:type="dcterms:W3CDTF">2026-07-02T04:12:00Z</dcterms:created>
  <dcterms:modified xsi:type="dcterms:W3CDTF">2026-07-02T04:40:00Z</dcterms:modified>
  <cp:category/>
</cp:coreProperties>
</file>