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AB879" w14:textId="77777777" w:rsidR="009B12BC" w:rsidRPr="00F249D5" w:rsidRDefault="00C75219">
      <w:pPr>
        <w:spacing w:after="80"/>
        <w:jc w:val="center"/>
        <w:rPr>
          <w:rFonts w:asciiTheme="minorEastAsia" w:eastAsiaTheme="minorEastAsia" w:hAnsiTheme="minorEastAsia"/>
          <w:b/>
          <w:bCs/>
          <w:color w:val="1F497D" w:themeColor="text2"/>
          <w:sz w:val="28"/>
          <w:szCs w:val="32"/>
          <w:lang w:eastAsia="ja-JP"/>
        </w:rPr>
      </w:pPr>
      <w:r w:rsidRPr="00F249D5">
        <w:rPr>
          <w:rFonts w:asciiTheme="minorEastAsia" w:eastAsiaTheme="minorEastAsia" w:hAnsiTheme="minorEastAsia"/>
          <w:b/>
          <w:bCs/>
          <w:color w:val="1F497D" w:themeColor="text2"/>
          <w:sz w:val="28"/>
          <w:szCs w:val="32"/>
          <w:lang w:eastAsia="ja-JP"/>
        </w:rPr>
        <w:t>レクリエーションボランティア登録申込書（団体用）</w:t>
      </w:r>
    </w:p>
    <w:p w14:paraId="5223C5B5" w14:textId="77777777" w:rsidR="009B12BC" w:rsidRPr="00476671" w:rsidRDefault="00DB5364">
      <w:pPr>
        <w:spacing w:after="120" w:line="259" w:lineRule="auto"/>
        <w:rPr>
          <w:rFonts w:asciiTheme="minorEastAsia" w:eastAsiaTheme="minorEastAsia" w:hAnsiTheme="minorEastAsia"/>
          <w:lang w:eastAsia="ja-JP"/>
        </w:rPr>
      </w:pPr>
      <w:r w:rsidRPr="00476671">
        <w:rPr>
          <w:rFonts w:asciiTheme="minorEastAsia" w:eastAsiaTheme="minorEastAsia" w:hAnsiTheme="minorEastAsia" w:hint="eastAsia"/>
          <w:sz w:val="20"/>
          <w:lang w:eastAsia="ja-JP"/>
        </w:rPr>
        <w:t>養老町</w:t>
      </w:r>
      <w:r w:rsidRPr="00476671">
        <w:rPr>
          <w:rFonts w:asciiTheme="minorEastAsia" w:eastAsiaTheme="minorEastAsia" w:hAnsiTheme="minorEastAsia"/>
          <w:sz w:val="20"/>
          <w:lang w:eastAsia="ja-JP"/>
        </w:rPr>
        <w:t>社会福祉協議会では、地域の集まりや施設等でレクリエーション活動を行っていただけるボランティアを募集しています。登録を希望される方は、下記にご記入ください。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7881"/>
      </w:tblGrid>
      <w:tr w:rsidR="009B12BC" w:rsidRPr="00476671" w14:paraId="2370D877" w14:textId="77777777" w:rsidTr="00476671">
        <w:trPr>
          <w:trHeight w:val="519"/>
          <w:jc w:val="center"/>
        </w:trPr>
        <w:tc>
          <w:tcPr>
            <w:tcW w:w="2154" w:type="dxa"/>
            <w:shd w:val="clear" w:color="auto" w:fill="D9EAF7"/>
            <w:vAlign w:val="center"/>
          </w:tcPr>
          <w:p w14:paraId="4164A318" w14:textId="77777777" w:rsidR="00D83A8F" w:rsidRPr="00476671" w:rsidRDefault="00B41106">
            <w:pPr>
              <w:rPr>
                <w:rFonts w:asciiTheme="minorEastAsia" w:eastAsiaTheme="minorEastAsia" w:hAnsiTheme="minorEastAsia"/>
              </w:rPr>
            </w:pPr>
            <w:proofErr w:type="spellStart"/>
            <w:r w:rsidRPr="00476671">
              <w:rPr>
                <w:rFonts w:asciiTheme="minorEastAsia" w:eastAsiaTheme="minorEastAsia" w:hAnsiTheme="minorEastAsia"/>
                <w:b/>
                <w:color w:val="000000"/>
                <w:sz w:val="20"/>
              </w:rPr>
              <w:t>団体名</w:t>
            </w:r>
            <w:proofErr w:type="spellEnd"/>
          </w:p>
        </w:tc>
        <w:tc>
          <w:tcPr>
            <w:tcW w:w="7881" w:type="dxa"/>
            <w:vAlign w:val="center"/>
          </w:tcPr>
          <w:p w14:paraId="4CD1B09A" w14:textId="77777777" w:rsidR="009B12BC" w:rsidRPr="00476671" w:rsidRDefault="009B12BC">
            <w:pPr>
              <w:spacing w:line="252" w:lineRule="auto"/>
              <w:rPr>
                <w:rFonts w:asciiTheme="minorEastAsia" w:eastAsiaTheme="minorEastAsia" w:hAnsiTheme="minorEastAsia"/>
              </w:rPr>
            </w:pPr>
          </w:p>
        </w:tc>
      </w:tr>
      <w:tr w:rsidR="009B12BC" w:rsidRPr="00476671" w14:paraId="03275A22" w14:textId="77777777" w:rsidTr="00476671">
        <w:trPr>
          <w:trHeight w:val="543"/>
          <w:jc w:val="center"/>
        </w:trPr>
        <w:tc>
          <w:tcPr>
            <w:tcW w:w="2154" w:type="dxa"/>
            <w:shd w:val="clear" w:color="auto" w:fill="D9EAF7"/>
            <w:vAlign w:val="center"/>
          </w:tcPr>
          <w:p w14:paraId="3B2D22E0" w14:textId="77777777" w:rsidR="00D83A8F" w:rsidRPr="00476671" w:rsidRDefault="00B41106">
            <w:pPr>
              <w:rPr>
                <w:rFonts w:asciiTheme="minorEastAsia" w:eastAsiaTheme="minorEastAsia" w:hAnsiTheme="minorEastAsia"/>
              </w:rPr>
            </w:pPr>
            <w:proofErr w:type="spellStart"/>
            <w:r w:rsidRPr="00476671">
              <w:rPr>
                <w:rFonts w:asciiTheme="minorEastAsia" w:eastAsiaTheme="minorEastAsia" w:hAnsiTheme="minorEastAsia"/>
                <w:b/>
                <w:color w:val="000000"/>
                <w:sz w:val="20"/>
              </w:rPr>
              <w:t>代表者名</w:t>
            </w:r>
            <w:proofErr w:type="spellEnd"/>
          </w:p>
        </w:tc>
        <w:tc>
          <w:tcPr>
            <w:tcW w:w="7881" w:type="dxa"/>
            <w:vAlign w:val="center"/>
          </w:tcPr>
          <w:p w14:paraId="4D9FB674" w14:textId="77777777" w:rsidR="009B12BC" w:rsidRPr="00476671" w:rsidRDefault="009B12BC">
            <w:pPr>
              <w:spacing w:line="252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9B12BC" w:rsidRPr="00476671" w14:paraId="18B7CCEA" w14:textId="77777777" w:rsidTr="00476671">
        <w:trPr>
          <w:trHeight w:val="565"/>
          <w:jc w:val="center"/>
        </w:trPr>
        <w:tc>
          <w:tcPr>
            <w:tcW w:w="2154" w:type="dxa"/>
            <w:shd w:val="clear" w:color="auto" w:fill="D9EAF7"/>
            <w:vAlign w:val="center"/>
          </w:tcPr>
          <w:p w14:paraId="17B98399" w14:textId="77777777" w:rsidR="00D83A8F" w:rsidRPr="00476671" w:rsidRDefault="00B41106">
            <w:pPr>
              <w:rPr>
                <w:rFonts w:asciiTheme="minorEastAsia" w:eastAsiaTheme="minorEastAsia" w:hAnsiTheme="minorEastAsia"/>
              </w:rPr>
            </w:pPr>
            <w:proofErr w:type="spellStart"/>
            <w:r w:rsidRPr="00476671">
              <w:rPr>
                <w:rFonts w:asciiTheme="minorEastAsia" w:eastAsiaTheme="minorEastAsia" w:hAnsiTheme="minorEastAsia"/>
                <w:b/>
                <w:color w:val="000000"/>
                <w:sz w:val="20"/>
              </w:rPr>
              <w:t>連絡担当者名</w:t>
            </w:r>
            <w:proofErr w:type="spellEnd"/>
          </w:p>
        </w:tc>
        <w:tc>
          <w:tcPr>
            <w:tcW w:w="7881" w:type="dxa"/>
            <w:vAlign w:val="center"/>
          </w:tcPr>
          <w:p w14:paraId="42FA55BB" w14:textId="77777777" w:rsidR="009B12BC" w:rsidRPr="00476671" w:rsidRDefault="009B12BC">
            <w:pPr>
              <w:spacing w:line="252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9B12BC" w:rsidRPr="00476671" w14:paraId="21DB7051" w14:textId="77777777" w:rsidTr="00476671">
        <w:trPr>
          <w:trHeight w:val="559"/>
          <w:jc w:val="center"/>
        </w:trPr>
        <w:tc>
          <w:tcPr>
            <w:tcW w:w="2154" w:type="dxa"/>
            <w:shd w:val="clear" w:color="auto" w:fill="D9EAF7"/>
            <w:vAlign w:val="center"/>
          </w:tcPr>
          <w:p w14:paraId="5E3CE8A6" w14:textId="77777777" w:rsidR="009B12BC" w:rsidRPr="00476671" w:rsidRDefault="00C75219">
            <w:pPr>
              <w:spacing w:line="252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476671">
              <w:rPr>
                <w:rFonts w:asciiTheme="minorEastAsia" w:eastAsiaTheme="minorEastAsia" w:hAnsiTheme="minorEastAsia"/>
                <w:b/>
                <w:sz w:val="19"/>
              </w:rPr>
              <w:t>住所</w:t>
            </w:r>
            <w:proofErr w:type="spellEnd"/>
          </w:p>
        </w:tc>
        <w:tc>
          <w:tcPr>
            <w:tcW w:w="7881" w:type="dxa"/>
            <w:vAlign w:val="center"/>
          </w:tcPr>
          <w:p w14:paraId="61B6189F" w14:textId="77777777" w:rsidR="009B12BC" w:rsidRPr="00476671" w:rsidRDefault="009B12BC">
            <w:pPr>
              <w:spacing w:line="252" w:lineRule="auto"/>
              <w:rPr>
                <w:rFonts w:asciiTheme="minorEastAsia" w:eastAsiaTheme="minorEastAsia" w:hAnsiTheme="minorEastAsia"/>
              </w:rPr>
            </w:pPr>
          </w:p>
        </w:tc>
      </w:tr>
      <w:tr w:rsidR="009B12BC" w:rsidRPr="00476671" w14:paraId="3465549B" w14:textId="77777777" w:rsidTr="00476671">
        <w:trPr>
          <w:trHeight w:val="553"/>
          <w:jc w:val="center"/>
        </w:trPr>
        <w:tc>
          <w:tcPr>
            <w:tcW w:w="2154" w:type="dxa"/>
            <w:shd w:val="clear" w:color="auto" w:fill="D9EAF7"/>
            <w:vAlign w:val="center"/>
          </w:tcPr>
          <w:p w14:paraId="7A70A41F" w14:textId="77777777" w:rsidR="009B12BC" w:rsidRPr="00476671" w:rsidRDefault="00C75219">
            <w:pPr>
              <w:spacing w:line="252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476671">
              <w:rPr>
                <w:rFonts w:asciiTheme="minorEastAsia" w:eastAsiaTheme="minorEastAsia" w:hAnsiTheme="minorEastAsia"/>
                <w:b/>
                <w:sz w:val="19"/>
              </w:rPr>
              <w:t>電話番号</w:t>
            </w:r>
            <w:proofErr w:type="spellEnd"/>
          </w:p>
        </w:tc>
        <w:tc>
          <w:tcPr>
            <w:tcW w:w="7881" w:type="dxa"/>
            <w:vAlign w:val="center"/>
          </w:tcPr>
          <w:p w14:paraId="4E552B27" w14:textId="77777777" w:rsidR="009B12BC" w:rsidRPr="00476671" w:rsidRDefault="009B12BC">
            <w:pPr>
              <w:spacing w:line="252" w:lineRule="auto"/>
              <w:rPr>
                <w:rFonts w:asciiTheme="minorEastAsia" w:eastAsiaTheme="minorEastAsia" w:hAnsiTheme="minorEastAsia"/>
              </w:rPr>
            </w:pPr>
          </w:p>
        </w:tc>
      </w:tr>
      <w:tr w:rsidR="009B12BC" w:rsidRPr="00476671" w14:paraId="7E666A5E" w14:textId="77777777" w:rsidTr="00476671">
        <w:trPr>
          <w:trHeight w:val="561"/>
          <w:jc w:val="center"/>
        </w:trPr>
        <w:tc>
          <w:tcPr>
            <w:tcW w:w="2154" w:type="dxa"/>
            <w:shd w:val="clear" w:color="auto" w:fill="D9EAF7"/>
            <w:vAlign w:val="center"/>
          </w:tcPr>
          <w:p w14:paraId="2E6B8531" w14:textId="3A768DD2" w:rsidR="009B12BC" w:rsidRPr="00476671" w:rsidRDefault="00C75219">
            <w:pPr>
              <w:spacing w:line="252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476671">
              <w:rPr>
                <w:rFonts w:asciiTheme="minorEastAsia" w:eastAsiaTheme="minorEastAsia" w:hAnsiTheme="minorEastAsia"/>
                <w:b/>
                <w:sz w:val="19"/>
                <w:lang w:eastAsia="ja-JP"/>
              </w:rPr>
              <w:t>メール</w:t>
            </w:r>
            <w:r w:rsidR="00476671">
              <w:rPr>
                <w:rFonts w:asciiTheme="minorEastAsia" w:eastAsiaTheme="minorEastAsia" w:hAnsiTheme="minorEastAsia" w:hint="eastAsia"/>
                <w:b/>
                <w:sz w:val="19"/>
                <w:lang w:eastAsia="ja-JP"/>
              </w:rPr>
              <w:t>アドレス</w:t>
            </w:r>
          </w:p>
        </w:tc>
        <w:tc>
          <w:tcPr>
            <w:tcW w:w="7881" w:type="dxa"/>
            <w:vAlign w:val="center"/>
          </w:tcPr>
          <w:p w14:paraId="6DE17C32" w14:textId="77777777" w:rsidR="009B12BC" w:rsidRPr="00476671" w:rsidRDefault="009B12BC">
            <w:pPr>
              <w:spacing w:line="252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</w:tbl>
    <w:p w14:paraId="3A0BA10B" w14:textId="77777777" w:rsidR="009B12BC" w:rsidRPr="00476671" w:rsidRDefault="00C75219">
      <w:pPr>
        <w:pBdr>
          <w:bottom w:val="single" w:sz="6" w:space="1" w:color="B7DEE8"/>
        </w:pBdr>
        <w:spacing w:before="160" w:after="80"/>
        <w:rPr>
          <w:rFonts w:asciiTheme="minorEastAsia" w:eastAsiaTheme="minorEastAsia" w:hAnsiTheme="minorEastAsia"/>
        </w:rPr>
      </w:pPr>
      <w:proofErr w:type="spellStart"/>
      <w:r w:rsidRPr="00476671">
        <w:rPr>
          <w:rFonts w:asciiTheme="minorEastAsia" w:eastAsiaTheme="minorEastAsia" w:hAnsiTheme="minorEastAsia"/>
          <w:b/>
          <w:color w:val="1F4E79"/>
          <w:sz w:val="24"/>
        </w:rPr>
        <w:t>活動内容</w:t>
      </w:r>
      <w:proofErr w:type="spellEnd"/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7488"/>
      </w:tblGrid>
      <w:tr w:rsidR="009B12BC" w:rsidRPr="00476671" w14:paraId="3E7646EB" w14:textId="77777777" w:rsidTr="00476671">
        <w:trPr>
          <w:trHeight w:val="903"/>
          <w:jc w:val="center"/>
        </w:trPr>
        <w:tc>
          <w:tcPr>
            <w:tcW w:w="2547" w:type="dxa"/>
            <w:shd w:val="clear" w:color="auto" w:fill="D9EAF7"/>
            <w:vAlign w:val="center"/>
          </w:tcPr>
          <w:p w14:paraId="6B2DF770" w14:textId="77777777" w:rsidR="009B12BC" w:rsidRPr="00F249D5" w:rsidRDefault="00C75219">
            <w:pPr>
              <w:spacing w:line="252" w:lineRule="auto"/>
              <w:rPr>
                <w:rFonts w:asciiTheme="minorEastAsia" w:eastAsiaTheme="minorEastAsia" w:hAnsiTheme="minorEastAsia"/>
                <w:b/>
              </w:rPr>
            </w:pPr>
            <w:proofErr w:type="spellStart"/>
            <w:r w:rsidRPr="00F249D5">
              <w:rPr>
                <w:rFonts w:asciiTheme="minorEastAsia" w:eastAsiaTheme="minorEastAsia" w:hAnsiTheme="minorEastAsia"/>
                <w:b/>
                <w:sz w:val="19"/>
              </w:rPr>
              <w:t>できる活動</w:t>
            </w:r>
            <w:proofErr w:type="spellEnd"/>
          </w:p>
        </w:tc>
        <w:tc>
          <w:tcPr>
            <w:tcW w:w="7488" w:type="dxa"/>
            <w:vAlign w:val="center"/>
          </w:tcPr>
          <w:p w14:paraId="5D7A78B9" w14:textId="77777777" w:rsidR="009B12BC" w:rsidRPr="00476671" w:rsidRDefault="00C75219">
            <w:pPr>
              <w:spacing w:line="252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476671">
              <w:rPr>
                <w:rFonts w:asciiTheme="minorEastAsia" w:eastAsiaTheme="minorEastAsia" w:hAnsiTheme="minorEastAsia"/>
                <w:sz w:val="19"/>
                <w:lang w:eastAsia="ja-JP"/>
              </w:rPr>
              <w:t>□ 体操　□ 歌　□ 創作活動　□ 読み聞かせ</w:t>
            </w:r>
            <w:r w:rsidRPr="00476671">
              <w:rPr>
                <w:rFonts w:asciiTheme="minorEastAsia" w:eastAsiaTheme="minorEastAsia" w:hAnsiTheme="minorEastAsia"/>
                <w:sz w:val="19"/>
                <w:lang w:eastAsia="ja-JP"/>
              </w:rPr>
              <w:br/>
              <w:t>□ 昔あそび　□ 手品　□ 楽器演奏　□ 季節行事</w:t>
            </w:r>
            <w:r w:rsidRPr="00476671">
              <w:rPr>
                <w:rFonts w:asciiTheme="minorEastAsia" w:eastAsiaTheme="minorEastAsia" w:hAnsiTheme="minorEastAsia"/>
                <w:sz w:val="19"/>
                <w:lang w:eastAsia="ja-JP"/>
              </w:rPr>
              <w:br/>
              <w:t>□ その他（　　　　　　　　　　　　　　　　　　　　　　　　　）</w:t>
            </w:r>
          </w:p>
        </w:tc>
      </w:tr>
      <w:tr w:rsidR="009B12BC" w:rsidRPr="00476671" w14:paraId="35E5FE44" w14:textId="77777777" w:rsidTr="00476671">
        <w:trPr>
          <w:trHeight w:val="680"/>
          <w:jc w:val="center"/>
        </w:trPr>
        <w:tc>
          <w:tcPr>
            <w:tcW w:w="2547" w:type="dxa"/>
            <w:shd w:val="clear" w:color="auto" w:fill="D9EAF7"/>
            <w:vAlign w:val="center"/>
          </w:tcPr>
          <w:p w14:paraId="5A8B8CEC" w14:textId="77777777" w:rsidR="009B12BC" w:rsidRPr="00F249D5" w:rsidRDefault="00C75219">
            <w:pPr>
              <w:spacing w:line="252" w:lineRule="auto"/>
              <w:rPr>
                <w:rFonts w:asciiTheme="minorEastAsia" w:eastAsiaTheme="minorEastAsia" w:hAnsiTheme="minorEastAsia"/>
                <w:b/>
                <w:lang w:eastAsia="ja-JP"/>
              </w:rPr>
            </w:pPr>
            <w:r w:rsidRPr="00F249D5">
              <w:rPr>
                <w:rFonts w:asciiTheme="minorEastAsia" w:eastAsiaTheme="minorEastAsia" w:hAnsiTheme="minorEastAsia"/>
                <w:b/>
                <w:sz w:val="19"/>
                <w:lang w:eastAsia="ja-JP"/>
              </w:rPr>
              <w:t>活動可能な</w:t>
            </w:r>
            <w:r w:rsidRPr="00F249D5">
              <w:rPr>
                <w:rFonts w:asciiTheme="minorEastAsia" w:eastAsiaTheme="minorEastAsia" w:hAnsiTheme="minorEastAsia"/>
                <w:b/>
                <w:sz w:val="19"/>
                <w:lang w:eastAsia="ja-JP"/>
              </w:rPr>
              <w:br/>
              <w:t>曜日・時間帯</w:t>
            </w:r>
          </w:p>
        </w:tc>
        <w:tc>
          <w:tcPr>
            <w:tcW w:w="7488" w:type="dxa"/>
            <w:vAlign w:val="center"/>
          </w:tcPr>
          <w:p w14:paraId="36AA14A0" w14:textId="77777777" w:rsidR="009B12BC" w:rsidRPr="00476671" w:rsidRDefault="009B12BC">
            <w:pPr>
              <w:spacing w:line="252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9B12BC" w:rsidRPr="00476671" w14:paraId="0FBA35E1" w14:textId="77777777" w:rsidTr="00476671">
        <w:trPr>
          <w:trHeight w:val="680"/>
          <w:jc w:val="center"/>
        </w:trPr>
        <w:tc>
          <w:tcPr>
            <w:tcW w:w="2547" w:type="dxa"/>
            <w:shd w:val="clear" w:color="auto" w:fill="D9EAF7"/>
            <w:vAlign w:val="center"/>
          </w:tcPr>
          <w:p w14:paraId="53583CC3" w14:textId="77777777" w:rsidR="009B12BC" w:rsidRPr="00F249D5" w:rsidRDefault="00C75219">
            <w:pPr>
              <w:spacing w:line="252" w:lineRule="auto"/>
              <w:rPr>
                <w:rFonts w:asciiTheme="minorEastAsia" w:eastAsiaTheme="minorEastAsia" w:hAnsiTheme="minorEastAsia"/>
                <w:b/>
              </w:rPr>
            </w:pPr>
            <w:proofErr w:type="spellStart"/>
            <w:r w:rsidRPr="00F249D5">
              <w:rPr>
                <w:rFonts w:asciiTheme="minorEastAsia" w:eastAsiaTheme="minorEastAsia" w:hAnsiTheme="minorEastAsia"/>
                <w:b/>
                <w:sz w:val="19"/>
              </w:rPr>
              <w:t>活動の対象</w:t>
            </w:r>
            <w:proofErr w:type="spellEnd"/>
          </w:p>
        </w:tc>
        <w:tc>
          <w:tcPr>
            <w:tcW w:w="7488" w:type="dxa"/>
            <w:vAlign w:val="center"/>
          </w:tcPr>
          <w:p w14:paraId="7B1FD84F" w14:textId="77777777" w:rsidR="00AC7FF1" w:rsidRPr="00476671" w:rsidRDefault="00DB5364">
            <w:pPr>
              <w:rPr>
                <w:rFonts w:asciiTheme="minorEastAsia" w:eastAsiaTheme="minorEastAsia" w:hAnsiTheme="minorEastAsia"/>
                <w:lang w:eastAsia="ja-JP"/>
              </w:rPr>
            </w:pPr>
            <w:r w:rsidRPr="00476671">
              <w:rPr>
                <w:rFonts w:asciiTheme="minorEastAsia" w:eastAsiaTheme="minorEastAsia" w:hAnsiTheme="minorEastAsia"/>
                <w:lang w:eastAsia="ja-JP"/>
              </w:rPr>
              <w:t>□ 地域住民　□ 高齢者　□ 障害のある方　□ 地域の集まり　□ 施設利用者　□ その他（　　　　　　　　　　　）</w:t>
            </w:r>
          </w:p>
        </w:tc>
      </w:tr>
      <w:tr w:rsidR="009B12BC" w:rsidRPr="00476671" w14:paraId="2F900448" w14:textId="77777777" w:rsidTr="00F249D5">
        <w:trPr>
          <w:trHeight w:val="751"/>
          <w:jc w:val="center"/>
        </w:trPr>
        <w:tc>
          <w:tcPr>
            <w:tcW w:w="2547" w:type="dxa"/>
            <w:shd w:val="clear" w:color="auto" w:fill="D9EAF7"/>
            <w:vAlign w:val="center"/>
          </w:tcPr>
          <w:p w14:paraId="75B1B0DB" w14:textId="77777777" w:rsidR="00D83A8F" w:rsidRPr="00F249D5" w:rsidRDefault="00B41106">
            <w:pPr>
              <w:rPr>
                <w:rFonts w:asciiTheme="minorEastAsia" w:eastAsiaTheme="minorEastAsia" w:hAnsiTheme="minorEastAsia"/>
                <w:b/>
                <w:lang w:eastAsia="ja-JP"/>
              </w:rPr>
            </w:pPr>
            <w:r w:rsidRPr="00F249D5">
              <w:rPr>
                <w:rFonts w:asciiTheme="minorEastAsia" w:eastAsiaTheme="minorEastAsia" w:hAnsiTheme="minorEastAsia"/>
                <w:b/>
                <w:sz w:val="20"/>
                <w:lang w:eastAsia="ja-JP"/>
              </w:rPr>
              <w:t>1回あたりの所要時間</w:t>
            </w:r>
            <w:r w:rsidRPr="00F249D5">
              <w:rPr>
                <w:rFonts w:asciiTheme="minorEastAsia" w:eastAsiaTheme="minorEastAsia" w:hAnsiTheme="minorEastAsia"/>
                <w:b/>
                <w:sz w:val="20"/>
                <w:lang w:eastAsia="ja-JP"/>
              </w:rPr>
              <w:br/>
              <w:t>（活動時間）</w:t>
            </w:r>
          </w:p>
        </w:tc>
        <w:tc>
          <w:tcPr>
            <w:tcW w:w="7488" w:type="dxa"/>
            <w:vAlign w:val="center"/>
          </w:tcPr>
          <w:p w14:paraId="3CDAC3A2" w14:textId="77777777" w:rsidR="00D83A8F" w:rsidRPr="00476671" w:rsidRDefault="00B41106">
            <w:pPr>
              <w:rPr>
                <w:rFonts w:asciiTheme="minorEastAsia" w:eastAsiaTheme="minorEastAsia" w:hAnsiTheme="minorEastAsia"/>
                <w:lang w:eastAsia="ja-JP"/>
              </w:rPr>
            </w:pPr>
            <w:r w:rsidRPr="00476671">
              <w:rPr>
                <w:rFonts w:asciiTheme="minorEastAsia" w:eastAsiaTheme="minorEastAsia" w:hAnsiTheme="minorEastAsia"/>
                <w:sz w:val="20"/>
                <w:lang w:eastAsia="ja-JP"/>
              </w:rPr>
              <w:t>約　　　　　分　／　□ 内容により異なる</w:t>
            </w:r>
          </w:p>
        </w:tc>
      </w:tr>
      <w:tr w:rsidR="009B12BC" w:rsidRPr="00476671" w14:paraId="5A76FC1F" w14:textId="77777777" w:rsidTr="00476671">
        <w:trPr>
          <w:trHeight w:val="680"/>
          <w:jc w:val="center"/>
        </w:trPr>
        <w:tc>
          <w:tcPr>
            <w:tcW w:w="2547" w:type="dxa"/>
            <w:shd w:val="clear" w:color="auto" w:fill="D9EAF7"/>
            <w:vAlign w:val="center"/>
          </w:tcPr>
          <w:p w14:paraId="4300FD3F" w14:textId="77777777" w:rsidR="009B12BC" w:rsidRPr="00F249D5" w:rsidRDefault="00C75219">
            <w:pPr>
              <w:spacing w:line="252" w:lineRule="auto"/>
              <w:rPr>
                <w:rFonts w:asciiTheme="minorEastAsia" w:eastAsiaTheme="minorEastAsia" w:hAnsiTheme="minorEastAsia"/>
                <w:b/>
                <w:lang w:eastAsia="ja-JP"/>
              </w:rPr>
            </w:pPr>
            <w:r w:rsidRPr="00F249D5">
              <w:rPr>
                <w:rFonts w:asciiTheme="minorEastAsia" w:eastAsiaTheme="minorEastAsia" w:hAnsiTheme="minorEastAsia"/>
                <w:b/>
                <w:sz w:val="19"/>
                <w:lang w:eastAsia="ja-JP"/>
              </w:rPr>
              <w:t>対応できる</w:t>
            </w:r>
            <w:r w:rsidRPr="00F249D5">
              <w:rPr>
                <w:rFonts w:asciiTheme="minorEastAsia" w:eastAsiaTheme="minorEastAsia" w:hAnsiTheme="minorEastAsia"/>
                <w:b/>
                <w:sz w:val="19"/>
                <w:lang w:eastAsia="ja-JP"/>
              </w:rPr>
              <w:br/>
              <w:t>地域・場所</w:t>
            </w:r>
          </w:p>
        </w:tc>
        <w:tc>
          <w:tcPr>
            <w:tcW w:w="7488" w:type="dxa"/>
            <w:vAlign w:val="center"/>
          </w:tcPr>
          <w:p w14:paraId="1800317B" w14:textId="77777777" w:rsidR="009B12BC" w:rsidRPr="00476671" w:rsidRDefault="009B12BC">
            <w:pPr>
              <w:spacing w:line="252" w:lineRule="auto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9B12BC" w:rsidRPr="00476671" w14:paraId="4AB5227B" w14:textId="77777777" w:rsidTr="00476671">
        <w:trPr>
          <w:trHeight w:val="680"/>
          <w:jc w:val="center"/>
        </w:trPr>
        <w:tc>
          <w:tcPr>
            <w:tcW w:w="2547" w:type="dxa"/>
            <w:shd w:val="clear" w:color="auto" w:fill="D9EAF7"/>
            <w:vAlign w:val="center"/>
          </w:tcPr>
          <w:p w14:paraId="21B31332" w14:textId="251EB77C" w:rsidR="00D83A8F" w:rsidRPr="00F249D5" w:rsidRDefault="00BC4117">
            <w:pPr>
              <w:rPr>
                <w:rFonts w:asciiTheme="minorEastAsia" w:eastAsiaTheme="minorEastAsia" w:hAnsiTheme="minorEastAsia"/>
                <w:b/>
              </w:rPr>
            </w:pPr>
            <w:r>
              <w:rPr>
                <w:rFonts w:asciiTheme="minorEastAsia" w:eastAsiaTheme="minorEastAsia" w:hAnsiTheme="minorEastAsia" w:hint="eastAsia"/>
                <w:b/>
                <w:sz w:val="20"/>
                <w:lang w:eastAsia="ja-JP"/>
              </w:rPr>
              <w:t>団体の構成</w:t>
            </w:r>
            <w:proofErr w:type="spellStart"/>
            <w:r w:rsidR="00B41106" w:rsidRPr="00F249D5">
              <w:rPr>
                <w:rFonts w:asciiTheme="minorEastAsia" w:eastAsiaTheme="minorEastAsia" w:hAnsiTheme="minorEastAsia"/>
                <w:b/>
                <w:sz w:val="20"/>
              </w:rPr>
              <w:t>人数</w:t>
            </w:r>
            <w:proofErr w:type="spellEnd"/>
          </w:p>
        </w:tc>
        <w:tc>
          <w:tcPr>
            <w:tcW w:w="7488" w:type="dxa"/>
            <w:vAlign w:val="center"/>
          </w:tcPr>
          <w:p w14:paraId="6DF42826" w14:textId="77777777" w:rsidR="009B12BC" w:rsidRPr="00476671" w:rsidRDefault="00C75219">
            <w:pPr>
              <w:spacing w:line="252" w:lineRule="auto"/>
              <w:rPr>
                <w:rFonts w:asciiTheme="minorEastAsia" w:eastAsiaTheme="minorEastAsia" w:hAnsiTheme="minorEastAsia"/>
              </w:rPr>
            </w:pPr>
            <w:r w:rsidRPr="00476671">
              <w:rPr>
                <w:rFonts w:asciiTheme="minorEastAsia" w:eastAsiaTheme="minorEastAsia" w:hAnsiTheme="minorEastAsia"/>
                <w:sz w:val="19"/>
                <w:lang w:eastAsia="ja-JP"/>
              </w:rPr>
              <w:t xml:space="preserve">　　　　　</w:t>
            </w:r>
            <w:r w:rsidRPr="00476671">
              <w:rPr>
                <w:rFonts w:asciiTheme="minorEastAsia" w:eastAsiaTheme="minorEastAsia" w:hAnsiTheme="minorEastAsia"/>
                <w:sz w:val="19"/>
              </w:rPr>
              <w:t>名程度</w:t>
            </w:r>
          </w:p>
        </w:tc>
      </w:tr>
      <w:tr w:rsidR="009B12BC" w:rsidRPr="00476671" w14:paraId="2B5AF7DD" w14:textId="77777777" w:rsidTr="00476671">
        <w:trPr>
          <w:trHeight w:val="680"/>
          <w:jc w:val="center"/>
        </w:trPr>
        <w:tc>
          <w:tcPr>
            <w:tcW w:w="2547" w:type="dxa"/>
            <w:shd w:val="clear" w:color="auto" w:fill="D9EAF7"/>
            <w:vAlign w:val="center"/>
          </w:tcPr>
          <w:p w14:paraId="21F89915" w14:textId="77777777" w:rsidR="009B12BC" w:rsidRPr="00F249D5" w:rsidRDefault="00C75219">
            <w:pPr>
              <w:spacing w:line="252" w:lineRule="auto"/>
              <w:rPr>
                <w:rFonts w:asciiTheme="minorEastAsia" w:eastAsiaTheme="minorEastAsia" w:hAnsiTheme="minorEastAsia"/>
                <w:b/>
              </w:rPr>
            </w:pPr>
            <w:proofErr w:type="spellStart"/>
            <w:r w:rsidRPr="00F249D5">
              <w:rPr>
                <w:rFonts w:asciiTheme="minorEastAsia" w:eastAsiaTheme="minorEastAsia" w:hAnsiTheme="minorEastAsia"/>
                <w:b/>
                <w:sz w:val="19"/>
              </w:rPr>
              <w:t>活動に必要なもの</w:t>
            </w:r>
            <w:proofErr w:type="spellEnd"/>
          </w:p>
        </w:tc>
        <w:tc>
          <w:tcPr>
            <w:tcW w:w="7488" w:type="dxa"/>
            <w:vAlign w:val="center"/>
          </w:tcPr>
          <w:p w14:paraId="591590A5" w14:textId="77777777" w:rsidR="009B12BC" w:rsidRPr="00476671" w:rsidRDefault="00C75219">
            <w:pPr>
              <w:spacing w:line="252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476671">
              <w:rPr>
                <w:rFonts w:asciiTheme="minorEastAsia" w:eastAsiaTheme="minorEastAsia" w:hAnsiTheme="minorEastAsia"/>
                <w:sz w:val="19"/>
                <w:lang w:eastAsia="ja-JP"/>
              </w:rPr>
              <w:t>例：机、椅子、マイク、CDプレーヤー、材料、駐車場など</w:t>
            </w:r>
            <w:r w:rsidRPr="00476671">
              <w:rPr>
                <w:rFonts w:asciiTheme="minorEastAsia" w:eastAsiaTheme="minorEastAsia" w:hAnsiTheme="minorEastAsia"/>
                <w:sz w:val="19"/>
                <w:lang w:eastAsia="ja-JP"/>
              </w:rPr>
              <w:br/>
            </w:r>
            <w:r w:rsidRPr="00476671">
              <w:rPr>
                <w:rFonts w:asciiTheme="minorEastAsia" w:eastAsiaTheme="minorEastAsia" w:hAnsiTheme="minorEastAsia"/>
                <w:sz w:val="19"/>
                <w:lang w:eastAsia="ja-JP"/>
              </w:rPr>
              <w:br/>
            </w:r>
          </w:p>
        </w:tc>
      </w:tr>
    </w:tbl>
    <w:p w14:paraId="5BE39EAB" w14:textId="77777777" w:rsidR="009B12BC" w:rsidRPr="00476671" w:rsidRDefault="00C75219">
      <w:pPr>
        <w:pBdr>
          <w:bottom w:val="single" w:sz="6" w:space="1" w:color="B7DEE8"/>
        </w:pBdr>
        <w:spacing w:before="160" w:after="80"/>
        <w:rPr>
          <w:rFonts w:asciiTheme="minorEastAsia" w:eastAsiaTheme="minorEastAsia" w:hAnsiTheme="minorEastAsia"/>
        </w:rPr>
      </w:pPr>
      <w:proofErr w:type="spellStart"/>
      <w:r w:rsidRPr="00476671">
        <w:rPr>
          <w:rFonts w:asciiTheme="minorEastAsia" w:eastAsiaTheme="minorEastAsia" w:hAnsiTheme="minorEastAsia"/>
          <w:b/>
          <w:color w:val="1F4E79"/>
          <w:sz w:val="24"/>
        </w:rPr>
        <w:t>謝礼・写真掲載等</w:t>
      </w:r>
      <w:proofErr w:type="spellEnd"/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7881"/>
      </w:tblGrid>
      <w:tr w:rsidR="009B12BC" w:rsidRPr="00476671" w14:paraId="248F33DF" w14:textId="77777777">
        <w:trPr>
          <w:jc w:val="center"/>
        </w:trPr>
        <w:tc>
          <w:tcPr>
            <w:tcW w:w="2154" w:type="dxa"/>
            <w:shd w:val="clear" w:color="auto" w:fill="D9EAF7"/>
            <w:vAlign w:val="center"/>
          </w:tcPr>
          <w:p w14:paraId="464AE79A" w14:textId="77777777" w:rsidR="009B12BC" w:rsidRPr="00476671" w:rsidRDefault="00C75219">
            <w:pPr>
              <w:spacing w:line="252" w:lineRule="auto"/>
              <w:rPr>
                <w:rFonts w:asciiTheme="minorEastAsia" w:eastAsiaTheme="minorEastAsia" w:hAnsiTheme="minorEastAsia"/>
              </w:rPr>
            </w:pPr>
            <w:r w:rsidRPr="00476671">
              <w:rPr>
                <w:rFonts w:asciiTheme="minorEastAsia" w:eastAsiaTheme="minorEastAsia" w:hAnsiTheme="minorEastAsia"/>
                <w:b/>
                <w:sz w:val="19"/>
              </w:rPr>
              <w:t>謝礼・交通費</w:t>
            </w:r>
          </w:p>
        </w:tc>
        <w:tc>
          <w:tcPr>
            <w:tcW w:w="7881" w:type="dxa"/>
            <w:vAlign w:val="center"/>
          </w:tcPr>
          <w:p w14:paraId="42A3E4D9" w14:textId="77777777" w:rsidR="009B12BC" w:rsidRPr="00476671" w:rsidRDefault="00C75219">
            <w:pPr>
              <w:spacing w:line="252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476671">
              <w:rPr>
                <w:rFonts w:asciiTheme="minorEastAsia" w:eastAsiaTheme="minorEastAsia" w:hAnsiTheme="minorEastAsia"/>
                <w:sz w:val="19"/>
                <w:lang w:eastAsia="ja-JP"/>
              </w:rPr>
              <w:t>□ 無償で活動可能　□ 交通費程度を希望</w:t>
            </w:r>
            <w:r w:rsidRPr="00476671">
              <w:rPr>
                <w:rFonts w:asciiTheme="minorEastAsia" w:eastAsiaTheme="minorEastAsia" w:hAnsiTheme="minorEastAsia"/>
                <w:sz w:val="19"/>
                <w:lang w:eastAsia="ja-JP"/>
              </w:rPr>
              <w:br/>
              <w:t>□ 謝礼については相談したい　□ その他（　　　　　　　　　）</w:t>
            </w:r>
          </w:p>
        </w:tc>
      </w:tr>
      <w:tr w:rsidR="009B12BC" w:rsidRPr="00476671" w14:paraId="75189C33" w14:textId="77777777" w:rsidTr="00476671">
        <w:trPr>
          <w:trHeight w:val="511"/>
          <w:jc w:val="center"/>
        </w:trPr>
        <w:tc>
          <w:tcPr>
            <w:tcW w:w="2154" w:type="dxa"/>
            <w:shd w:val="clear" w:color="auto" w:fill="D9EAF7"/>
            <w:vAlign w:val="center"/>
          </w:tcPr>
          <w:p w14:paraId="24C5C017" w14:textId="77777777" w:rsidR="009B12BC" w:rsidRPr="00476671" w:rsidRDefault="00C75219">
            <w:pPr>
              <w:spacing w:line="252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476671">
              <w:rPr>
                <w:rFonts w:asciiTheme="minorEastAsia" w:eastAsiaTheme="minorEastAsia" w:hAnsiTheme="minorEastAsia"/>
                <w:b/>
                <w:sz w:val="19"/>
              </w:rPr>
              <w:t>写真掲載</w:t>
            </w:r>
            <w:proofErr w:type="spellEnd"/>
          </w:p>
        </w:tc>
        <w:tc>
          <w:tcPr>
            <w:tcW w:w="7881" w:type="dxa"/>
            <w:vAlign w:val="center"/>
          </w:tcPr>
          <w:p w14:paraId="5166F02C" w14:textId="77777777" w:rsidR="009B12BC" w:rsidRPr="00476671" w:rsidRDefault="00C75219">
            <w:pPr>
              <w:spacing w:line="252" w:lineRule="auto"/>
              <w:rPr>
                <w:rFonts w:asciiTheme="minorEastAsia" w:eastAsiaTheme="minorEastAsia" w:hAnsiTheme="minorEastAsia"/>
                <w:lang w:eastAsia="ja-JP"/>
              </w:rPr>
            </w:pPr>
            <w:r w:rsidRPr="00476671">
              <w:rPr>
                <w:rFonts w:asciiTheme="minorEastAsia" w:eastAsiaTheme="minorEastAsia" w:hAnsiTheme="minorEastAsia"/>
                <w:sz w:val="19"/>
                <w:lang w:eastAsia="ja-JP"/>
              </w:rPr>
              <w:t>活動中の写真を広報紙やホームページ等に掲載する場合があります。</w:t>
            </w:r>
            <w:r w:rsidRPr="00476671">
              <w:rPr>
                <w:rFonts w:asciiTheme="minorEastAsia" w:eastAsiaTheme="minorEastAsia" w:hAnsiTheme="minorEastAsia"/>
                <w:sz w:val="19"/>
                <w:lang w:eastAsia="ja-JP"/>
              </w:rPr>
              <w:br/>
              <w:t>□ 掲載可　□ 事前確認があれば可　□ 掲載不可</w:t>
            </w:r>
          </w:p>
        </w:tc>
      </w:tr>
    </w:tbl>
    <w:p w14:paraId="4C2D5706" w14:textId="77777777" w:rsidR="009B12BC" w:rsidRPr="00476671" w:rsidRDefault="00C75219">
      <w:pPr>
        <w:pBdr>
          <w:bottom w:val="single" w:sz="6" w:space="1" w:color="B7DEE8"/>
        </w:pBdr>
        <w:spacing w:before="160" w:after="80"/>
        <w:rPr>
          <w:rFonts w:asciiTheme="minorEastAsia" w:eastAsiaTheme="minorEastAsia" w:hAnsiTheme="minorEastAsia"/>
          <w:lang w:eastAsia="ja-JP"/>
        </w:rPr>
      </w:pPr>
      <w:r w:rsidRPr="00476671">
        <w:rPr>
          <w:rFonts w:asciiTheme="minorEastAsia" w:eastAsiaTheme="minorEastAsia" w:hAnsiTheme="minorEastAsia"/>
          <w:b/>
          <w:color w:val="1F4E79"/>
          <w:sz w:val="24"/>
          <w:lang w:eastAsia="ja-JP"/>
        </w:rPr>
        <w:t>確認事項</w:t>
      </w:r>
    </w:p>
    <w:p w14:paraId="02705CD2" w14:textId="77777777" w:rsidR="009B12BC" w:rsidRPr="00476671" w:rsidRDefault="00C75219">
      <w:pPr>
        <w:spacing w:after="60" w:line="259" w:lineRule="auto"/>
        <w:rPr>
          <w:rFonts w:asciiTheme="minorEastAsia" w:eastAsiaTheme="minorEastAsia" w:hAnsiTheme="minorEastAsia"/>
          <w:lang w:eastAsia="ja-JP"/>
        </w:rPr>
      </w:pPr>
      <w:r w:rsidRPr="00476671">
        <w:rPr>
          <w:rFonts w:asciiTheme="minorEastAsia" w:eastAsiaTheme="minorEastAsia" w:hAnsiTheme="minorEastAsia"/>
          <w:sz w:val="20"/>
          <w:lang w:eastAsia="ja-JP"/>
        </w:rPr>
        <w:t>登録いただいた内容を確認のうえ、施設・団体等からの相談内容に応じて紹介します。登録いただいた場合でも、相談内容や活動条件により、必ずしも紹介をお約束するものではありません。</w:t>
      </w:r>
    </w:p>
    <w:p w14:paraId="2BA59D63" w14:textId="77777777" w:rsidR="009B12BC" w:rsidRPr="00476671" w:rsidRDefault="00C75219">
      <w:pPr>
        <w:spacing w:after="160" w:line="259" w:lineRule="auto"/>
        <w:rPr>
          <w:rFonts w:asciiTheme="minorEastAsia" w:eastAsiaTheme="minorEastAsia" w:hAnsiTheme="minorEastAsia"/>
          <w:lang w:eastAsia="ja-JP"/>
        </w:rPr>
      </w:pPr>
      <w:r w:rsidRPr="00476671">
        <w:rPr>
          <w:rFonts w:asciiTheme="minorEastAsia" w:eastAsiaTheme="minorEastAsia" w:hAnsiTheme="minorEastAsia"/>
          <w:sz w:val="20"/>
          <w:lang w:eastAsia="ja-JP"/>
        </w:rPr>
        <w:t>上記の内容を確認し、レクリエーションボランティアとして登録を申し込みます。</w:t>
      </w:r>
    </w:p>
    <w:tbl>
      <w:tblPr>
        <w:tblStyle w:val="afe"/>
        <w:tblW w:w="10390" w:type="dxa"/>
        <w:jc w:val="center"/>
        <w:tblLayout w:type="fixed"/>
        <w:tblLook w:val="04A0" w:firstRow="1" w:lastRow="0" w:firstColumn="1" w:lastColumn="0" w:noHBand="0" w:noVBand="1"/>
      </w:tblPr>
      <w:tblGrid>
        <w:gridCol w:w="4665"/>
        <w:gridCol w:w="5725"/>
      </w:tblGrid>
      <w:tr w:rsidR="009B12BC" w:rsidRPr="00476671" w14:paraId="505449EF" w14:textId="77777777" w:rsidTr="00F249D5">
        <w:trPr>
          <w:trHeight w:val="537"/>
          <w:jc w:val="center"/>
        </w:trPr>
        <w:tc>
          <w:tcPr>
            <w:tcW w:w="4665" w:type="dxa"/>
            <w:vAlign w:val="center"/>
          </w:tcPr>
          <w:p w14:paraId="0B93A22E" w14:textId="77777777" w:rsidR="009B12BC" w:rsidRPr="00476671" w:rsidRDefault="00C75219">
            <w:pPr>
              <w:spacing w:line="252" w:lineRule="auto"/>
              <w:rPr>
                <w:rFonts w:asciiTheme="minorEastAsia" w:eastAsiaTheme="minorEastAsia" w:hAnsiTheme="minorEastAsia"/>
              </w:rPr>
            </w:pPr>
            <w:proofErr w:type="spellStart"/>
            <w:r w:rsidRPr="00476671">
              <w:rPr>
                <w:rFonts w:asciiTheme="minorEastAsia" w:eastAsiaTheme="minorEastAsia" w:hAnsiTheme="minorEastAsia"/>
                <w:sz w:val="19"/>
              </w:rPr>
              <w:t>令和</w:t>
            </w:r>
            <w:proofErr w:type="spellEnd"/>
            <w:r w:rsidRPr="00476671">
              <w:rPr>
                <w:rFonts w:asciiTheme="minorEastAsia" w:eastAsiaTheme="minorEastAsia" w:hAnsiTheme="minorEastAsia"/>
                <w:sz w:val="19"/>
              </w:rPr>
              <w:t xml:space="preserve">　　　年　　　月　　　日</w:t>
            </w:r>
          </w:p>
        </w:tc>
        <w:tc>
          <w:tcPr>
            <w:tcW w:w="5725" w:type="dxa"/>
            <w:vAlign w:val="center"/>
          </w:tcPr>
          <w:p w14:paraId="39C18691" w14:textId="77777777" w:rsidR="00D83A8F" w:rsidRPr="00DC3DCD" w:rsidRDefault="00B41106">
            <w:pPr>
              <w:rPr>
                <w:rFonts w:asciiTheme="minorEastAsia" w:eastAsiaTheme="minorEastAsia" w:hAnsiTheme="minorEastAsia"/>
                <w:bCs/>
              </w:rPr>
            </w:pPr>
            <w:r w:rsidRPr="00DC3DCD">
              <w:rPr>
                <w:rFonts w:asciiTheme="minorEastAsia" w:eastAsiaTheme="minorEastAsia" w:hAnsiTheme="minorEastAsia"/>
                <w:bCs/>
                <w:color w:val="000000"/>
                <w:sz w:val="20"/>
              </w:rPr>
              <w:t>団体名：</w:t>
            </w:r>
          </w:p>
        </w:tc>
      </w:tr>
      <w:tr w:rsidR="009B12BC" w:rsidRPr="00476671" w14:paraId="0518AC42" w14:textId="77777777" w:rsidTr="00F249D5">
        <w:trPr>
          <w:trHeight w:val="537"/>
          <w:jc w:val="center"/>
        </w:trPr>
        <w:tc>
          <w:tcPr>
            <w:tcW w:w="4665" w:type="dxa"/>
            <w:vAlign w:val="center"/>
          </w:tcPr>
          <w:p w14:paraId="4CA526D2" w14:textId="77777777" w:rsidR="009B12BC" w:rsidRPr="00476671" w:rsidRDefault="00C75219">
            <w:pPr>
              <w:spacing w:line="252" w:lineRule="auto"/>
              <w:rPr>
                <w:rFonts w:asciiTheme="minorEastAsia" w:eastAsiaTheme="minorEastAsia" w:hAnsiTheme="minorEastAsia"/>
              </w:rPr>
            </w:pPr>
            <w:r w:rsidRPr="00476671">
              <w:rPr>
                <w:rFonts w:asciiTheme="minorEastAsia" w:eastAsiaTheme="minorEastAsia" w:hAnsiTheme="minorEastAsia"/>
                <w:sz w:val="19"/>
              </w:rPr>
              <w:t>受付日：令和　　　年　　　月　　　日</w:t>
            </w:r>
          </w:p>
        </w:tc>
        <w:tc>
          <w:tcPr>
            <w:tcW w:w="5725" w:type="dxa"/>
            <w:vAlign w:val="center"/>
          </w:tcPr>
          <w:p w14:paraId="76CF2DB0" w14:textId="77777777" w:rsidR="009B12BC" w:rsidRPr="00DC3DCD" w:rsidRDefault="00C75219">
            <w:pPr>
              <w:spacing w:line="252" w:lineRule="auto"/>
              <w:rPr>
                <w:rFonts w:asciiTheme="minorEastAsia" w:eastAsiaTheme="minorEastAsia" w:hAnsiTheme="minorEastAsia"/>
                <w:bCs/>
              </w:rPr>
            </w:pPr>
            <w:r w:rsidRPr="00DC3DCD">
              <w:rPr>
                <w:rFonts w:asciiTheme="minorEastAsia" w:eastAsiaTheme="minorEastAsia" w:hAnsiTheme="minorEastAsia"/>
                <w:bCs/>
                <w:sz w:val="19"/>
              </w:rPr>
              <w:t>受付者：</w:t>
            </w:r>
          </w:p>
        </w:tc>
      </w:tr>
    </w:tbl>
    <w:p w14:paraId="1E950212" w14:textId="6A57CA28" w:rsidR="009B12BC" w:rsidRPr="00476671" w:rsidRDefault="009B12BC">
      <w:pPr>
        <w:rPr>
          <w:rFonts w:ascii="ＭＳ 明朝" w:eastAsiaTheme="minorEastAsia" w:hAnsi="ＭＳ 明朝"/>
          <w:lang w:eastAsia="ja-JP"/>
        </w:rPr>
      </w:pPr>
    </w:p>
    <w:sectPr w:rsidR="009B12BC" w:rsidRPr="00476671" w:rsidSect="00034616">
      <w:footerReference w:type="default" r:id="rId8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2C347" w14:textId="77777777" w:rsidR="00605AF3" w:rsidRDefault="00605AF3">
      <w:pPr>
        <w:spacing w:after="0" w:line="240" w:lineRule="auto"/>
      </w:pPr>
      <w:r>
        <w:separator/>
      </w:r>
    </w:p>
  </w:endnote>
  <w:endnote w:type="continuationSeparator" w:id="0">
    <w:p w14:paraId="23040A4F" w14:textId="77777777" w:rsidR="00605AF3" w:rsidRDefault="00605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CJK JP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187AA" w14:textId="77777777" w:rsidR="009B12BC" w:rsidRPr="00D83185" w:rsidRDefault="009B12BC">
    <w:pPr>
      <w:pStyle w:val="a7"/>
      <w:jc w:val="right"/>
      <w:rPr>
        <w:rFonts w:eastAsiaTheme="minorEastAsia" w:hint="eastAsia"/>
        <w:lang w:eastAsia="ja-JP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D0A5E" w14:textId="77777777" w:rsidR="00605AF3" w:rsidRDefault="00605AF3">
      <w:pPr>
        <w:spacing w:after="0" w:line="240" w:lineRule="auto"/>
      </w:pPr>
      <w:r>
        <w:separator/>
      </w:r>
    </w:p>
  </w:footnote>
  <w:footnote w:type="continuationSeparator" w:id="0">
    <w:p w14:paraId="204E2650" w14:textId="77777777" w:rsidR="00605AF3" w:rsidRDefault="00605A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2568464">
    <w:abstractNumId w:val="8"/>
  </w:num>
  <w:num w:numId="2" w16cid:durableId="1828789922">
    <w:abstractNumId w:val="6"/>
  </w:num>
  <w:num w:numId="3" w16cid:durableId="2070421570">
    <w:abstractNumId w:val="5"/>
  </w:num>
  <w:num w:numId="4" w16cid:durableId="899903647">
    <w:abstractNumId w:val="4"/>
  </w:num>
  <w:num w:numId="5" w16cid:durableId="2003116763">
    <w:abstractNumId w:val="7"/>
  </w:num>
  <w:num w:numId="6" w16cid:durableId="1233469234">
    <w:abstractNumId w:val="3"/>
  </w:num>
  <w:num w:numId="7" w16cid:durableId="113407068">
    <w:abstractNumId w:val="2"/>
  </w:num>
  <w:num w:numId="8" w16cid:durableId="672494783">
    <w:abstractNumId w:val="1"/>
  </w:num>
  <w:num w:numId="9" w16cid:durableId="1088768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4C8"/>
    <w:rsid w:val="0015074B"/>
    <w:rsid w:val="001D7BF6"/>
    <w:rsid w:val="00262333"/>
    <w:rsid w:val="0029639D"/>
    <w:rsid w:val="00296E5D"/>
    <w:rsid w:val="00326F90"/>
    <w:rsid w:val="0042756F"/>
    <w:rsid w:val="00476671"/>
    <w:rsid w:val="00494791"/>
    <w:rsid w:val="00534869"/>
    <w:rsid w:val="00605AF3"/>
    <w:rsid w:val="007B79A8"/>
    <w:rsid w:val="007E25D6"/>
    <w:rsid w:val="008427EF"/>
    <w:rsid w:val="00866B24"/>
    <w:rsid w:val="009B12BC"/>
    <w:rsid w:val="00A52907"/>
    <w:rsid w:val="00A90067"/>
    <w:rsid w:val="00AA1D8D"/>
    <w:rsid w:val="00AC4F6E"/>
    <w:rsid w:val="00AC7FF1"/>
    <w:rsid w:val="00B41106"/>
    <w:rsid w:val="00B47730"/>
    <w:rsid w:val="00BC4117"/>
    <w:rsid w:val="00C75219"/>
    <w:rsid w:val="00CB0664"/>
    <w:rsid w:val="00D33F22"/>
    <w:rsid w:val="00D65FDB"/>
    <w:rsid w:val="00D83185"/>
    <w:rsid w:val="00D83A8F"/>
    <w:rsid w:val="00DB5364"/>
    <w:rsid w:val="00DC3DCD"/>
    <w:rsid w:val="00E86492"/>
    <w:rsid w:val="00F249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FB5062"/>
  <w14:defaultImageDpi w14:val="300"/>
  <w15:docId w15:val="{63A87B42-8F1A-4BE4-BF3E-F618F4BB4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Noto Sans CJK JP" w:eastAsia="Noto Sans CJK JP" w:hAnsi="Noto Sans CJK JP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">
    <w:name w:val="Hyperlink"/>
    <w:basedOn w:val="a2"/>
    <w:uiPriority w:val="99"/>
    <w:unhideWhenUsed/>
    <w:rsid w:val="00A90067"/>
    <w:rPr>
      <w:color w:val="0000FF" w:themeColor="hyperlink"/>
      <w:u w:val="single"/>
    </w:rPr>
  </w:style>
  <w:style w:type="character" w:styleId="aff0">
    <w:name w:val="Unresolved Mention"/>
    <w:basedOn w:val="a2"/>
    <w:uiPriority w:val="99"/>
    <w:semiHidden/>
    <w:unhideWhenUsed/>
    <w:rsid w:val="00A900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111</Words>
  <Characters>636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レクリエーションボランティア登録申込書（個人用・団体用）</vt:lpstr>
      <vt:lpstr/>
    </vt:vector>
  </TitlesOfParts>
  <Manager/>
  <Company/>
  <LinksUpToDate>false</LinksUpToDate>
  <CharactersWithSpaces>746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レクリエーションボランティア登録申込書（個人用・団体用）</dc:title>
  <dc:subject/>
  <dc:creator>python-docx</dc:creator>
  <cp:keywords/>
  <dc:description>generated by python-docx</dc:description>
  <cp:lastModifiedBy>user</cp:lastModifiedBy>
  <cp:revision>6</cp:revision>
  <cp:lastPrinted>2026-07-14T02:40:00Z</cp:lastPrinted>
  <dcterms:created xsi:type="dcterms:W3CDTF">2026-07-10T03:01:00Z</dcterms:created>
  <dcterms:modified xsi:type="dcterms:W3CDTF">2026-08-05T01:30:00Z</dcterms:modified>
  <cp:category/>
</cp:coreProperties>
</file>